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054136" w:rsidR="00054136" w:rsidP="00054136" w:rsidRDefault="00054136" w14:paraId="3381922C" w14:textId="5AE9E9A2">
      <w:pPr>
        <w:pStyle w:val="1"/>
        <w:spacing w:before="0" w:line="240" w:lineRule="auto"/>
        <w:jc w:val="center"/>
        <w:rPr>
          <w:rFonts w:ascii="BIZ UD明朝 Medium" w:hAnsi="BIZ UD明朝 Medium" w:eastAsia="BIZ UD明朝 Medium"/>
          <w:color w:val="FFFFFF" w:themeColor="background1"/>
          <w:sz w:val="24"/>
          <w:szCs w:val="24"/>
          <w:lang w:eastAsia="ja-JP"/>
        </w:rPr>
      </w:pPr>
      <w:r w:rsidRPr="00054136">
        <w:rPr>
          <w:rFonts w:ascii="BIZ UD明朝 Medium" w:hAnsi="BIZ UD明朝 Medium" w:eastAsia="BIZ UD明朝 Medium"/>
          <w:noProof/>
          <w:color w:val="FFFFFF" w:themeColor="background1"/>
          <w:sz w:val="24"/>
          <w:szCs w:val="24"/>
          <w:lang w:eastAsia="ja-JP"/>
        </w:rPr>
        <mc:AlternateContent>
          <mc:Choice Requires="wps">
            <w:drawing>
              <wp:inline distT="0" distB="0" distL="0" distR="0" wp14:anchorId="5AB4CC95" wp14:editId="0DD04FE0">
                <wp:extent cx="6290310" cy="434340"/>
                <wp:effectExtent l="0" t="0" r="0" b="3810"/>
                <wp:docPr id="126520253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43434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054136" w:rsidR="00054136" w:rsidP="00054136" w:rsidRDefault="00054136" w14:paraId="6B22ABEC" w14:textId="1AD699B5">
                            <w:pPr>
                              <w:pStyle w:val="1"/>
                              <w:spacing w:before="0" w:line="440" w:lineRule="exact"/>
                              <w:jc w:val="center"/>
                              <w:rPr>
                                <w:rFonts w:ascii="BIZ UDゴシック" w:hAnsi="BIZ UDゴシック" w:eastAsia="BIZ UDゴシック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54136">
                              <w:rPr>
                                <w:rFonts w:ascii="BIZ UDゴシック" w:hAnsi="BIZ UDゴシック" w:eastAsia="BIZ UDゴシック"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  <w:t>港区中小企業向け補助金利用者アンケート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正方形/長方形 1" style="width:495.3pt;height:3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060" stroked="f" w14:anchorId="5AB4CC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">
                <v:textbox>
                  <w:txbxContent>
                    <w:p w:rsidRPr="00054136" w:rsidR="00054136" w:rsidP="00054136" w:rsidRDefault="00054136" w14:paraId="6B22ABEC" w14:textId="1AD699B5">
                      <w:pPr>
                        <w:pStyle w:val="1"/>
                        <w:spacing w:before="0" w:line="440" w:lineRule="exact"/>
                        <w:jc w:val="center"/>
                        <w:rPr>
                          <w:rFonts w:ascii="BIZ UDゴシック" w:hAnsi="BIZ UDゴシック" w:eastAsia="BIZ UDゴシック"/>
                          <w:sz w:val="32"/>
                          <w:szCs w:val="32"/>
                          <w:lang w:eastAsia="ja-JP"/>
                        </w:rPr>
                      </w:pPr>
                      <w:r w:rsidRPr="00054136">
                        <w:rPr>
                          <w:rFonts w:ascii="BIZ UDゴシック" w:hAnsi="BIZ UDゴシック" w:eastAsia="BIZ UDゴシック"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  <w:t>港区中小企業向け補助金利用者アンケート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8304A0" w:rsidP="00640ECD" w:rsidRDefault="008304A0" w14:paraId="6289E5A6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</w:p>
    <w:p w:rsidRPr="00054136" w:rsidR="00054136" w:rsidP="00640ECD" w:rsidRDefault="00054136" w14:paraId="7AF307A4" w14:textId="73641BC2">
      <w:pPr>
        <w:spacing w:after="0" w:line="360" w:lineRule="auto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hint="eastAsia" w:ascii="BIZ UDゴシック" w:hAnsi="BIZ UDゴシック" w:eastAsia="BIZ UDゴシック"/>
          <w:szCs w:val="24"/>
          <w:lang w:eastAsia="ja-JP"/>
        </w:rPr>
        <w:t>申請者様各位</w:t>
      </w:r>
    </w:p>
    <w:p w:rsidR="00DD1E4A" w:rsidP="00640ECD" w:rsidRDefault="0015316F" w14:paraId="63BC73AD" w14:textId="2BB530BE">
      <w:pPr>
        <w:spacing w:after="0" w:line="240" w:lineRule="auto"/>
        <w:ind w:firstLine="240" w:firstLineChars="100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ゴシック" w:hAnsi="BIZ UDゴシック" w:eastAsia="BIZ UDゴシック"/>
          <w:szCs w:val="24"/>
          <w:lang w:eastAsia="ja-JP"/>
        </w:rPr>
        <w:t>本アンケートは、補助</w:t>
      </w:r>
      <w:r w:rsidR="008C7AE3">
        <w:rPr>
          <w:rFonts w:hint="eastAsia" w:ascii="BIZ UDゴシック" w:hAnsi="BIZ UDゴシック" w:eastAsia="BIZ UDゴシック"/>
          <w:szCs w:val="24"/>
          <w:lang w:eastAsia="ja-JP"/>
        </w:rPr>
        <w:t>事業</w:t>
      </w:r>
      <w:r w:rsidRPr="00054136">
        <w:rPr>
          <w:rFonts w:ascii="BIZ UDゴシック" w:hAnsi="BIZ UDゴシック" w:eastAsia="BIZ UDゴシック"/>
          <w:szCs w:val="24"/>
          <w:lang w:eastAsia="ja-JP"/>
        </w:rPr>
        <w:t>の改善及び今後の</w:t>
      </w:r>
      <w:r w:rsidR="008304A0">
        <w:rPr>
          <w:rFonts w:hint="eastAsia" w:ascii="BIZ UDゴシック" w:hAnsi="BIZ UDゴシック" w:eastAsia="BIZ UDゴシック"/>
          <w:szCs w:val="24"/>
          <w:lang w:eastAsia="ja-JP"/>
        </w:rPr>
        <w:t>補助</w:t>
      </w:r>
      <w:r w:rsidRPr="00054136">
        <w:rPr>
          <w:rFonts w:ascii="BIZ UDゴシック" w:hAnsi="BIZ UDゴシック" w:eastAsia="BIZ UDゴシック"/>
          <w:szCs w:val="24"/>
          <w:lang w:eastAsia="ja-JP"/>
        </w:rPr>
        <w:t>事業</w:t>
      </w:r>
      <w:r w:rsidR="005704F0">
        <w:rPr>
          <w:rFonts w:hint="eastAsia" w:ascii="BIZ UDゴシック" w:hAnsi="BIZ UDゴシック" w:eastAsia="BIZ UDゴシック"/>
          <w:szCs w:val="24"/>
          <w:lang w:eastAsia="ja-JP"/>
        </w:rPr>
        <w:t>の</w:t>
      </w:r>
      <w:r w:rsidRPr="00054136">
        <w:rPr>
          <w:rFonts w:ascii="BIZ UDゴシック" w:hAnsi="BIZ UDゴシック" w:eastAsia="BIZ UDゴシック"/>
          <w:szCs w:val="24"/>
          <w:lang w:eastAsia="ja-JP"/>
        </w:rPr>
        <w:t>継続判断の参考</w:t>
      </w:r>
      <w:r w:rsidR="008304A0">
        <w:rPr>
          <w:rFonts w:hint="eastAsia" w:ascii="BIZ UDゴシック" w:hAnsi="BIZ UDゴシック" w:eastAsia="BIZ UDゴシック"/>
          <w:szCs w:val="24"/>
          <w:lang w:eastAsia="ja-JP"/>
        </w:rPr>
        <w:t>とすることを目的としています</w:t>
      </w:r>
      <w:r w:rsidRPr="00054136">
        <w:rPr>
          <w:rFonts w:ascii="BIZ UDゴシック" w:hAnsi="BIZ UDゴシック" w:eastAsia="BIZ UDゴシック"/>
          <w:szCs w:val="24"/>
          <w:lang w:eastAsia="ja-JP"/>
        </w:rPr>
        <w:t>。</w:t>
      </w:r>
      <w:r w:rsidR="008304A0">
        <w:rPr>
          <w:rFonts w:hint="eastAsia" w:ascii="BIZ UDゴシック" w:hAnsi="BIZ UDゴシック" w:eastAsia="BIZ UDゴシック"/>
          <w:szCs w:val="24"/>
          <w:lang w:eastAsia="ja-JP"/>
        </w:rPr>
        <w:t>なお、</w:t>
      </w:r>
      <w:r w:rsidRPr="00054136">
        <w:rPr>
          <w:rFonts w:ascii="BIZ UDゴシック" w:hAnsi="BIZ UDゴシック" w:eastAsia="BIZ UDゴシック"/>
          <w:szCs w:val="24"/>
          <w:lang w:eastAsia="ja-JP"/>
        </w:rPr>
        <w:t>回答内容により交付決定等に影響することはありません。</w:t>
      </w:r>
    </w:p>
    <w:p w:rsidRPr="00744DB5" w:rsidR="003C1C1F" w:rsidP="00744DB5" w:rsidRDefault="003C1C1F" w14:paraId="6F18830E" w14:textId="70321C44">
      <w:pPr>
        <w:pStyle w:val="ae"/>
        <w:numPr>
          <w:ilvl w:val="0"/>
          <w:numId w:val="12"/>
        </w:numPr>
        <w:spacing w:after="0" w:line="240" w:lineRule="auto"/>
        <w:rPr>
          <w:rFonts w:hint="eastAsia" w:ascii="BIZ UDゴシック" w:hAnsi="BIZ UDゴシック" w:eastAsia="BIZ UDゴシック"/>
          <w:b/>
          <w:bCs/>
          <w:szCs w:val="24"/>
          <w:u w:val="single"/>
          <w:lang w:eastAsia="ja-JP"/>
        </w:rPr>
      </w:pPr>
      <w:r w:rsidRPr="00744DB5">
        <w:rPr>
          <w:rFonts w:hint="eastAsia" w:ascii="BIZ UDゴシック" w:hAnsi="BIZ UDゴシック" w:eastAsia="BIZ UDゴシック"/>
          <w:b/>
          <w:bCs/>
          <w:szCs w:val="24"/>
          <w:u w:val="single"/>
          <w:lang w:eastAsia="ja-JP"/>
        </w:rPr>
        <w:t>請求書の提出時に本アンケートも合わせてご提出ください。</w:t>
      </w:r>
    </w:p>
    <w:p w:rsidR="008304A0" w:rsidP="00640ECD" w:rsidRDefault="008304A0" w14:paraId="76CBE047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</w:p>
    <w:p w:rsidRPr="008304A0" w:rsidR="008304A0" w:rsidP="00C63C7B" w:rsidRDefault="008304A0" w14:paraId="0E09D326" w14:textId="3E310D59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明朝 Medium" w:hAnsi="BIZ UD明朝 Medium"/>
          <w:noProof/>
          <w:color w:val="FFFFFF" w:themeColor="background1"/>
          <w:szCs w:val="24"/>
          <w:lang w:eastAsia="ja-JP"/>
        </w:rPr>
        <mc:AlternateContent>
          <mc:Choice Requires="wps">
            <w:drawing>
              <wp:inline distT="0" distB="0" distL="0" distR="0" wp14:anchorId="7AD9F1EF" wp14:editId="3EDB7CBE">
                <wp:extent cx="6290310" cy="269631"/>
                <wp:effectExtent l="0" t="0" r="0" b="0"/>
                <wp:docPr id="183885542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26963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304A0" w:rsidR="008304A0" w:rsidP="00CB3A8E" w:rsidRDefault="008304A0" w14:paraId="1F3892D2" w14:textId="6C0668ED">
                            <w:pPr>
                              <w:pStyle w:val="1"/>
                              <w:spacing w:before="0" w:line="240" w:lineRule="auto"/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１．</w:t>
                            </w:r>
                            <w:r w:rsidRPr="008304A0"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利用した補助金を選択してください（</w:t>
                            </w:r>
                            <w:r w:rsidRPr="008304A0"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１つ選択）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7" style="width:495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d6e3bc [1302]" stroked="f" w14:anchorId="7AD9F1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">
                <v:textbox inset=",0,,0">
                  <w:txbxContent>
                    <w:p w:rsidRPr="008304A0" w:rsidR="008304A0" w:rsidP="00CB3A8E" w:rsidRDefault="008304A0" w14:paraId="1F3892D2" w14:textId="6C0668ED">
                      <w:pPr>
                        <w:pStyle w:val="1"/>
                        <w:spacing w:before="0" w:line="240" w:lineRule="auto"/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１．</w:t>
                      </w:r>
                      <w:r w:rsidRPr="008304A0"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利用した補助金を選択してください（</w:t>
                      </w:r>
                      <w:r w:rsidRPr="008304A0"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１つ選択）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fe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6"/>
        <w:gridCol w:w="327"/>
        <w:gridCol w:w="3588"/>
        <w:gridCol w:w="4013"/>
        <w:gridCol w:w="326"/>
      </w:tblGrid>
      <w:tr w:rsidR="00712E7F" w:rsidTr="645D15F7" w14:paraId="6A8B26C8" w14:textId="77777777">
        <w:trPr>
          <w:trHeight w:val="425"/>
        </w:trPr>
        <w:tc>
          <w:tcPr>
            <w:tcW w:w="5245" w:type="dxa"/>
            <w:gridSpan w:val="3"/>
            <w:tcMar/>
            <w:vAlign w:val="center"/>
          </w:tcPr>
          <w:p w:rsidRPr="00AA3889" w:rsidR="00712E7F" w:rsidP="00712E7F" w:rsidRDefault="0015316F" w14:paraId="5E110BF1" w14:textId="7BD00F43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1392001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B3A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AA3889" w:rsidR="00CB3A8E">
              <w:rPr>
                <w:rFonts w:ascii="BIZ UDゴシック" w:hAnsi="BIZ UDゴシック" w:eastAsia="BIZ UDゴシック"/>
                <w:sz w:val="22"/>
                <w:lang w:eastAsia="ja-JP"/>
              </w:rPr>
              <w:t>中小企業デジタル技術導入促進補助金</w:t>
            </w:r>
          </w:p>
        </w:tc>
        <w:tc>
          <w:tcPr>
            <w:tcW w:w="4678" w:type="dxa"/>
            <w:gridSpan w:val="2"/>
            <w:tcMar/>
            <w:vAlign w:val="center"/>
          </w:tcPr>
          <w:p w:rsidRPr="00AA3889" w:rsidR="00712E7F" w:rsidP="00712E7F" w:rsidRDefault="0015316F" w14:paraId="4F041449" w14:textId="63BA019D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2883301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B3A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AA3889" w:rsidR="00CB3A8E">
              <w:rPr>
                <w:rFonts w:ascii="BIZ UDゴシック" w:hAnsi="BIZ UDゴシック" w:eastAsia="BIZ UDゴシック"/>
                <w:sz w:val="22"/>
                <w:lang w:eastAsia="ja-JP"/>
              </w:rPr>
              <w:t>広告宣伝活動費支援事業補助金</w:t>
            </w:r>
            <w:r w:rsidRPr="00AA3889" w:rsidR="00CB3A8E">
              <w:rPr>
                <w:rFonts w:ascii="BIZ UDゴシック" w:hAnsi="BIZ UDゴシック" w:eastAsia="BIZ UDゴシック"/>
                <w:sz w:val="22"/>
                <w:lang w:eastAsia="ja-JP"/>
              </w:rPr>
              <w:tab/>
            </w:r>
          </w:p>
        </w:tc>
      </w:tr>
      <w:tr w:rsidR="00712E7F" w:rsidTr="645D15F7" w14:paraId="6C86085B" w14:textId="77777777">
        <w:trPr>
          <w:trHeight w:val="425"/>
        </w:trPr>
        <w:tc>
          <w:tcPr>
            <w:tcW w:w="5245" w:type="dxa"/>
            <w:gridSpan w:val="3"/>
            <w:tcMar/>
            <w:vAlign w:val="center"/>
          </w:tcPr>
          <w:p w:rsidRPr="00AA3889" w:rsidR="00712E7F" w:rsidP="00712E7F" w:rsidRDefault="0015316F" w14:paraId="40EDDBB7" w14:textId="7932AD57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0831016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B3A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AA3889" w:rsidR="00CB3A8E">
              <w:rPr>
                <w:rFonts w:ascii="BIZ UDゴシック" w:hAnsi="BIZ UDゴシック" w:eastAsia="BIZ UDゴシック"/>
                <w:sz w:val="22"/>
                <w:lang w:eastAsia="ja-JP"/>
              </w:rPr>
              <w:t>中小企業人材確保支援事業補助金</w:t>
            </w:r>
          </w:p>
        </w:tc>
        <w:tc>
          <w:tcPr>
            <w:tcW w:w="4678" w:type="dxa"/>
            <w:gridSpan w:val="2"/>
            <w:tcMar/>
            <w:vAlign w:val="center"/>
          </w:tcPr>
          <w:p w:rsidRPr="00AA3889" w:rsidR="00712E7F" w:rsidP="645D15F7" w:rsidRDefault="0015316F" w14:paraId="0012CE6E" w14:textId="65B65E41">
            <w:pPr>
              <w:rPr>
                <w:rFonts w:ascii="BIZ UDゴシック" w:hAnsi="BIZ UDゴシック" w:eastAsia="BIZ UDゴシック"/>
                <w:sz w:val="22"/>
                <w:szCs w:val="22"/>
                <w:lang w:eastAsia="ja-JP"/>
              </w:rPr>
            </w:pPr>
            <w:sdt>
              <w:sdtPr>
                <w:id w:val="-2551409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  <w:rPr>
                  <w:rFonts w:ascii="BIZ UDゴシック" w:hAnsi="BIZ UDゴシック" w:eastAsia="BIZ UDゴシック"/>
                  <w:sz w:val="22"/>
                  <w:szCs w:val="22"/>
                  <w:lang w:eastAsia="ja-JP"/>
                </w:rPr>
              </w:sdtPr>
              <w:sdtContent>
                <w:r w:rsidRPr="645D15F7" w:rsidR="10BB5EF7">
                  <w:rPr>
                    <w:rFonts w:ascii="ＭＳ ゴシック" w:hAnsi="ＭＳ ゴシック" w:eastAsia="ＭＳ ゴシック" w:cs="ＭＳ ゴシック"/>
                    <w:sz w:val="22"/>
                    <w:szCs w:val="22"/>
                    <w:lang w:eastAsia="ja-JP"/>
                  </w:rPr>
                  <w:t>☐</w:t>
                </w:r>
              </w:sdtContent>
              <w:sdtEndPr>
                <w:rPr>
                  <w:rFonts w:ascii="BIZ UDゴシック" w:hAnsi="BIZ UDゴシック" w:eastAsia="BIZ UDゴシック"/>
                  <w:sz w:val="22"/>
                  <w:szCs w:val="22"/>
                  <w:lang w:eastAsia="ja-JP"/>
                </w:rPr>
              </w:sdtEndPr>
            </w:sdt>
            <w:r w:rsidRPr="645D15F7" w:rsidR="00CB3A8E">
              <w:rPr>
                <w:rFonts w:ascii="BIZ UDゴシック" w:hAnsi="BIZ UDゴシック" w:eastAsia="BIZ UDゴシック"/>
                <w:sz w:val="22"/>
                <w:szCs w:val="22"/>
                <w:lang w:eastAsia="ja-JP"/>
              </w:rPr>
              <w:t xml:space="preserve"> </w:t>
            </w:r>
            <w:r w:rsidRPr="645D15F7" w:rsidR="00AA3889">
              <w:rPr>
                <w:rFonts w:ascii="BIZ UDゴシック" w:hAnsi="BIZ UDゴシック" w:eastAsia="BIZ UDゴシック"/>
                <w:sz w:val="22"/>
                <w:szCs w:val="22"/>
                <w:lang w:eastAsia="ja-JP"/>
              </w:rPr>
              <w:t>ＩＳＯ</w:t>
            </w:r>
            <w:r w:rsidRPr="645D15F7" w:rsidR="00CB3A8E">
              <w:rPr>
                <w:rFonts w:ascii="BIZ UDゴシック" w:hAnsi="BIZ UDゴシック" w:eastAsia="BIZ UDゴシック"/>
                <w:sz w:val="22"/>
                <w:szCs w:val="22"/>
                <w:lang w:eastAsia="ja-JP"/>
              </w:rPr>
              <w:t>等取得支援事業補助金</w:t>
            </w:r>
          </w:p>
        </w:tc>
      </w:tr>
      <w:tr w:rsidR="00712E7F" w:rsidTr="645D15F7" w14:paraId="74A0DC26" w14:textId="77777777">
        <w:trPr>
          <w:trHeight w:val="425"/>
        </w:trPr>
        <w:tc>
          <w:tcPr>
            <w:tcW w:w="5245" w:type="dxa"/>
            <w:gridSpan w:val="3"/>
            <w:tcMar/>
            <w:vAlign w:val="center"/>
          </w:tcPr>
          <w:p w:rsidRPr="00AA3889" w:rsidR="00712E7F" w:rsidP="00712E7F" w:rsidRDefault="0015316F" w14:paraId="4F6B8FE6" w14:textId="0835981B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57228355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B3A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AA3889" w:rsidR="00CB3A8E">
              <w:rPr>
                <w:rFonts w:ascii="BIZ UDゴシック" w:hAnsi="BIZ UDゴシック" w:eastAsia="BIZ UDゴシック"/>
                <w:sz w:val="22"/>
                <w:lang w:eastAsia="ja-JP"/>
              </w:rPr>
              <w:t>産業財産権取得支援事業補助金</w:t>
            </w:r>
          </w:p>
        </w:tc>
        <w:tc>
          <w:tcPr>
            <w:tcW w:w="4678" w:type="dxa"/>
            <w:gridSpan w:val="2"/>
            <w:tcMar/>
            <w:vAlign w:val="center"/>
          </w:tcPr>
          <w:p w:rsidRPr="00AA3889" w:rsidR="00712E7F" w:rsidP="00712E7F" w:rsidRDefault="0015316F" w14:paraId="6C7C38ED" w14:textId="11649476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10484996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B3A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AA3889" w:rsidR="00CB3A8E">
              <w:rPr>
                <w:rFonts w:ascii="BIZ UDゴシック" w:hAnsi="BIZ UDゴシック" w:eastAsia="BIZ UDゴシック"/>
                <w:sz w:val="22"/>
                <w:lang w:eastAsia="ja-JP"/>
              </w:rPr>
              <w:t>クリーンな飲食店づくり応援補助金</w:t>
            </w:r>
          </w:p>
        </w:tc>
      </w:tr>
      <w:tr w:rsidR="00712E7F" w:rsidTr="645D15F7" w14:paraId="0450BC0A" w14:textId="77777777">
        <w:trPr>
          <w:trHeight w:val="425"/>
        </w:trPr>
        <w:tc>
          <w:tcPr>
            <w:tcW w:w="5245" w:type="dxa"/>
            <w:gridSpan w:val="3"/>
            <w:tcMar/>
            <w:vAlign w:val="center"/>
          </w:tcPr>
          <w:p w:rsidRPr="00AA3889" w:rsidR="00712E7F" w:rsidP="00712E7F" w:rsidRDefault="0015316F" w14:paraId="49392F81" w14:textId="4697EF3B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5261311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B3A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15316F" w:rsidR="00CB3A8E">
              <w:rPr>
                <w:rFonts w:ascii="BIZ UDゴシック" w:hAnsi="BIZ UDゴシック" w:eastAsia="BIZ UDゴシック"/>
                <w:spacing w:val="1"/>
                <w:w w:val="95"/>
                <w:sz w:val="22"/>
                <w:fitText w:val="4400" w:id="-439613696"/>
                <w:lang w:eastAsia="ja-JP"/>
              </w:rPr>
              <w:t>中小企業ソフトウェア導入費等支援事業補助</w:t>
            </w:r>
            <w:r w:rsidRPr="0015316F" w:rsidR="00CB3A8E">
              <w:rPr>
                <w:rFonts w:ascii="BIZ UDゴシック" w:hAnsi="BIZ UDゴシック" w:eastAsia="BIZ UDゴシック"/>
                <w:spacing w:val="12"/>
                <w:w w:val="95"/>
                <w:sz w:val="22"/>
                <w:fitText w:val="4400" w:id="-439613696"/>
                <w:lang w:eastAsia="ja-JP"/>
              </w:rPr>
              <w:t>金</w:t>
            </w:r>
          </w:p>
        </w:tc>
        <w:tc>
          <w:tcPr>
            <w:tcW w:w="4678" w:type="dxa"/>
            <w:gridSpan w:val="2"/>
            <w:tcMar/>
            <w:vAlign w:val="center"/>
          </w:tcPr>
          <w:p w:rsidRPr="00AA3889" w:rsidR="00712E7F" w:rsidP="00712E7F" w:rsidRDefault="0015316F" w14:paraId="31E048AC" w14:textId="26E95E10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7044055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B3A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AA3889" w:rsidR="00CB3A8E">
              <w:rPr>
                <w:rFonts w:ascii="BIZ UDゴシック" w:hAnsi="BIZ UDゴシック" w:eastAsia="BIZ UDゴシック"/>
                <w:sz w:val="22"/>
                <w:lang w:eastAsia="ja-JP"/>
              </w:rPr>
              <w:t>専門家派遣事業補助金</w:t>
            </w:r>
          </w:p>
        </w:tc>
      </w:tr>
      <w:tr w:rsidR="00712E7F" w:rsidTr="645D15F7" w14:paraId="6A650B13" w14:textId="77777777">
        <w:trPr>
          <w:trHeight w:val="425"/>
        </w:trPr>
        <w:tc>
          <w:tcPr>
            <w:tcW w:w="5245" w:type="dxa"/>
            <w:gridSpan w:val="3"/>
            <w:tcMar/>
            <w:vAlign w:val="center"/>
          </w:tcPr>
          <w:p w:rsidRPr="00AA3889" w:rsidR="00712E7F" w:rsidP="00712E7F" w:rsidRDefault="0015316F" w14:paraId="7DC9358F" w14:textId="0E550EDE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21209381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B3A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AA3889" w:rsidR="00CB3A8E">
              <w:rPr>
                <w:rFonts w:ascii="BIZ UDゴシック" w:hAnsi="BIZ UDゴシック" w:eastAsia="BIZ UDゴシック"/>
                <w:sz w:val="22"/>
                <w:lang w:eastAsia="ja-JP"/>
              </w:rPr>
              <w:t>産業見本市等出展支援事業補助金</w:t>
            </w:r>
          </w:p>
        </w:tc>
        <w:tc>
          <w:tcPr>
            <w:tcW w:w="4678" w:type="dxa"/>
            <w:gridSpan w:val="2"/>
            <w:tcMar/>
            <w:vAlign w:val="center"/>
          </w:tcPr>
          <w:p w:rsidRPr="00AA3889" w:rsidR="00712E7F" w:rsidP="00712E7F" w:rsidRDefault="0015316F" w14:paraId="2B189DA8" w14:textId="6B142E43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34247049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B3A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AA3889" w:rsidR="00CB3A8E">
              <w:rPr>
                <w:rFonts w:ascii="BIZ UDゴシック" w:hAnsi="BIZ UDゴシック" w:eastAsia="BIZ UDゴシック"/>
                <w:sz w:val="22"/>
                <w:lang w:eastAsia="ja-JP"/>
              </w:rPr>
              <w:t>新製品・新技術開発支援事業補助金</w:t>
            </w:r>
          </w:p>
        </w:tc>
      </w:tr>
      <w:tr w:rsidR="00712E7F" w:rsidTr="645D15F7" w14:paraId="779F7788" w14:textId="77777777">
        <w:trPr>
          <w:trHeight w:val="425"/>
        </w:trPr>
        <w:tc>
          <w:tcPr>
            <w:tcW w:w="5245" w:type="dxa"/>
            <w:gridSpan w:val="3"/>
            <w:tcMar/>
            <w:vAlign w:val="center"/>
          </w:tcPr>
          <w:p w:rsidRPr="00AA3889" w:rsidR="00712E7F" w:rsidP="00712E7F" w:rsidRDefault="0015316F" w14:paraId="30F5071A" w14:textId="1E33A447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2000116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B3A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AA3889" w:rsidR="00CB3A8E">
              <w:rPr>
                <w:rFonts w:ascii="BIZ UDゴシック" w:hAnsi="BIZ UDゴシック" w:eastAsia="BIZ UDゴシック"/>
                <w:sz w:val="22"/>
                <w:lang w:eastAsia="ja-JP"/>
              </w:rPr>
              <w:t>研究機関活用支援事業補助金</w:t>
            </w:r>
          </w:p>
        </w:tc>
        <w:tc>
          <w:tcPr>
            <w:tcW w:w="4678" w:type="dxa"/>
            <w:gridSpan w:val="2"/>
            <w:tcMar/>
            <w:vAlign w:val="center"/>
          </w:tcPr>
          <w:p w:rsidRPr="00AA3889" w:rsidR="00712E7F" w:rsidP="00712E7F" w:rsidRDefault="0015316F" w14:paraId="431E2C8A" w14:textId="2A94CC0A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19619478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B3A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AA3889" w:rsidR="00CB3A8E">
              <w:rPr>
                <w:rFonts w:ascii="BIZ UDゴシック" w:hAnsi="BIZ UDゴシック" w:eastAsia="BIZ UDゴシック"/>
                <w:sz w:val="22"/>
                <w:lang w:eastAsia="ja-JP"/>
              </w:rPr>
              <w:t>小規模企業事業承継支援補助金</w:t>
            </w:r>
          </w:p>
        </w:tc>
      </w:tr>
      <w:tr w:rsidR="00712E7F" w:rsidTr="645D15F7" w14:paraId="0BA4474D" w14:textId="77777777">
        <w:trPr>
          <w:trHeight w:val="425"/>
        </w:trPr>
        <w:tc>
          <w:tcPr>
            <w:tcW w:w="5245" w:type="dxa"/>
            <w:gridSpan w:val="3"/>
            <w:tcMar/>
            <w:vAlign w:val="center"/>
          </w:tcPr>
          <w:p w:rsidRPr="00AA3889" w:rsidR="00712E7F" w:rsidP="00712E7F" w:rsidRDefault="0015316F" w14:paraId="26F4996B" w14:textId="47448483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9834385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229DB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B3A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5704F0" w:rsidR="00CB3A8E">
              <w:rPr>
                <w:rFonts w:ascii="BIZ UDゴシック" w:hAnsi="BIZ UDゴシック" w:eastAsia="BIZ UDゴシック"/>
                <w:w w:val="91"/>
                <w:sz w:val="22"/>
                <w:fitText w:val="4400" w:id="-439613695"/>
                <w:lang w:eastAsia="ja-JP"/>
              </w:rPr>
              <w:t>小規模事業者経営改善資金</w:t>
            </w:r>
            <w:r w:rsidRPr="005704F0" w:rsidR="00CB3A8E">
              <w:rPr>
                <w:rFonts w:ascii="BIZ UDPゴシック" w:hAnsi="BIZ UDPゴシック" w:eastAsia="BIZ UDPゴシック"/>
                <w:w w:val="91"/>
                <w:sz w:val="22"/>
                <w:fitText w:val="4400" w:id="-439613695"/>
                <w:lang w:eastAsia="ja-JP"/>
              </w:rPr>
              <w:t>（マル経融資）</w:t>
            </w:r>
            <w:r w:rsidRPr="005704F0" w:rsidR="00CB3A8E">
              <w:rPr>
                <w:rFonts w:ascii="BIZ UDゴシック" w:hAnsi="BIZ UDゴシック" w:eastAsia="BIZ UDゴシック"/>
                <w:w w:val="91"/>
                <w:sz w:val="22"/>
                <w:fitText w:val="4400" w:id="-439613695"/>
                <w:lang w:eastAsia="ja-JP"/>
              </w:rPr>
              <w:t>利子補</w:t>
            </w:r>
            <w:r w:rsidRPr="005704F0" w:rsidR="00CB3A8E">
              <w:rPr>
                <w:rFonts w:ascii="BIZ UDゴシック" w:hAnsi="BIZ UDゴシック" w:eastAsia="BIZ UDゴシック"/>
                <w:spacing w:val="18"/>
                <w:w w:val="91"/>
                <w:sz w:val="22"/>
                <w:fitText w:val="4400" w:id="-439613695"/>
                <w:lang w:eastAsia="ja-JP"/>
              </w:rPr>
              <w:t>助</w:t>
            </w:r>
          </w:p>
        </w:tc>
        <w:tc>
          <w:tcPr>
            <w:tcW w:w="4678" w:type="dxa"/>
            <w:gridSpan w:val="2"/>
            <w:tcMar/>
            <w:vAlign w:val="center"/>
          </w:tcPr>
          <w:p w:rsidRPr="00AA3889" w:rsidR="00712E7F" w:rsidP="00712E7F" w:rsidRDefault="0015316F" w14:paraId="10AE594B" w14:textId="28DD56BF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6569187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2E5EC1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2E5EC1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創業・スタートアップ支援事業補助金</w:t>
            </w:r>
          </w:p>
        </w:tc>
      </w:tr>
      <w:tr w:rsidR="002229DB" w:rsidTr="645D15F7" w14:paraId="6DBEF8A5" w14:textId="77777777">
        <w:trPr>
          <w:trHeight w:val="425"/>
        </w:trPr>
        <w:tc>
          <w:tcPr>
            <w:tcW w:w="1276" w:type="dxa"/>
            <w:tcMar/>
            <w:vAlign w:val="center"/>
          </w:tcPr>
          <w:p w:rsidRPr="00AA3889" w:rsidR="002229DB" w:rsidP="00712E7F" w:rsidRDefault="0015316F" w14:paraId="4FF15DED" w14:textId="157B7B85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77336098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229DB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2229DB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その他</w:t>
            </w:r>
          </w:p>
        </w:tc>
        <w:tc>
          <w:tcPr>
            <w:tcW w:w="327" w:type="dxa"/>
            <w:tcMar/>
            <w:vAlign w:val="center"/>
          </w:tcPr>
          <w:p w:rsidRPr="00AA3889" w:rsidR="002229DB" w:rsidP="00712E7F" w:rsidRDefault="002229DB" w14:paraId="79AD1ED7" w14:textId="10741945">
            <w:pPr>
              <w:rPr>
                <w:rFonts w:ascii="BIZ UDPゴシック" w:hAnsi="BIZ UDPゴシック" w:eastAsia="BIZ UDPゴシック"/>
                <w:sz w:val="22"/>
                <w:lang w:eastAsia="ja-JP"/>
              </w:rPr>
            </w:pPr>
            <w:r w:rsidRPr="00AA3889">
              <w:rPr>
                <w:rFonts w:hint="eastAsia" w:ascii="BIZ UDPゴシック" w:hAnsi="BIZ UDPゴシック" w:eastAsia="BIZ UDPゴシック"/>
                <w:sz w:val="22"/>
                <w:lang w:eastAsia="ja-JP"/>
              </w:rPr>
              <w:t>（</w:t>
            </w:r>
          </w:p>
        </w:tc>
        <w:tc>
          <w:tcPr>
            <w:tcW w:w="7997" w:type="dxa"/>
            <w:gridSpan w:val="2"/>
            <w:tcMar/>
            <w:vAlign w:val="center"/>
          </w:tcPr>
          <w:p w:rsidRPr="00AA3889" w:rsidR="002229DB" w:rsidP="00712E7F" w:rsidRDefault="002229DB" w14:paraId="018524D5" w14:textId="77777777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</w:p>
        </w:tc>
        <w:tc>
          <w:tcPr>
            <w:tcW w:w="323" w:type="dxa"/>
            <w:tcMar/>
            <w:vAlign w:val="center"/>
          </w:tcPr>
          <w:p w:rsidRPr="00AA3889" w:rsidR="002229DB" w:rsidP="002229DB" w:rsidRDefault="002229DB" w14:paraId="4E1098B3" w14:textId="4F53FAE3">
            <w:pPr>
              <w:jc w:val="right"/>
              <w:rPr>
                <w:rFonts w:ascii="BIZ UDPゴシック" w:hAnsi="BIZ UDPゴシック" w:eastAsia="BIZ UDPゴシック"/>
                <w:sz w:val="22"/>
                <w:lang w:eastAsia="ja-JP"/>
              </w:rPr>
            </w:pPr>
            <w:r w:rsidRPr="00AA3889">
              <w:rPr>
                <w:rFonts w:hint="eastAsia" w:ascii="BIZ UDPゴシック" w:hAnsi="BIZ UDPゴシック" w:eastAsia="BIZ UDPゴシック"/>
                <w:sz w:val="22"/>
                <w:lang w:eastAsia="ja-JP"/>
              </w:rPr>
              <w:t>）</w:t>
            </w:r>
          </w:p>
        </w:tc>
      </w:tr>
    </w:tbl>
    <w:p w:rsidR="002229DB" w:rsidP="00C63C7B" w:rsidRDefault="002229DB" w14:paraId="1BE651BE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</w:p>
    <w:p w:rsidR="002229DB" w:rsidP="00C63C7B" w:rsidRDefault="002229DB" w14:paraId="792813AC" w14:textId="60692D62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明朝 Medium" w:hAnsi="BIZ UD明朝 Medium"/>
          <w:noProof/>
          <w:color w:val="FFFFFF" w:themeColor="background1"/>
          <w:szCs w:val="24"/>
          <w:lang w:eastAsia="ja-JP"/>
        </w:rPr>
        <mc:AlternateContent>
          <mc:Choice Requires="wps">
            <w:drawing>
              <wp:inline distT="0" distB="0" distL="0" distR="0" wp14:anchorId="3DFF025C" wp14:editId="1518482F">
                <wp:extent cx="6290310" cy="269631"/>
                <wp:effectExtent l="0" t="0" r="0" b="0"/>
                <wp:docPr id="149359404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26963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304A0" w:rsidR="002229DB" w:rsidP="002229DB" w:rsidRDefault="002229DB" w14:paraId="20F83553" w14:textId="07ACA8CF">
                            <w:pPr>
                              <w:pStyle w:val="1"/>
                              <w:spacing w:before="0" w:line="240" w:lineRule="auto"/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２．事業者区分</w:t>
                            </w:r>
                            <w:r w:rsidRPr="008304A0"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を選択してください（</w:t>
                            </w:r>
                            <w:r w:rsidRPr="008304A0"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１つ選択）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8" style="width:495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d6e3bc [1302]" stroked="f" w14:anchorId="3DFF02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">
                <v:textbox inset=",0,,0">
                  <w:txbxContent>
                    <w:p w:rsidRPr="008304A0" w:rsidR="002229DB" w:rsidP="002229DB" w:rsidRDefault="002229DB" w14:paraId="20F83553" w14:textId="07ACA8CF">
                      <w:pPr>
                        <w:pStyle w:val="1"/>
                        <w:spacing w:before="0" w:line="240" w:lineRule="auto"/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２．事業者区分</w:t>
                      </w:r>
                      <w:r w:rsidRPr="008304A0"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を選択してください（</w:t>
                      </w:r>
                      <w:r w:rsidRPr="008304A0"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１つ選択）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fe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375"/>
        <w:gridCol w:w="8155"/>
      </w:tblGrid>
      <w:tr w:rsidRPr="00AA3889" w:rsidR="002229DB" w:rsidTr="002229DB" w14:paraId="65584657" w14:textId="77777777">
        <w:trPr>
          <w:trHeight w:val="397"/>
        </w:trPr>
        <w:tc>
          <w:tcPr>
            <w:tcW w:w="1418" w:type="dxa"/>
            <w:vAlign w:val="center"/>
          </w:tcPr>
          <w:p w:rsidRPr="00AA3889" w:rsidR="002229DB" w:rsidP="009A1AE8" w:rsidRDefault="0015316F" w14:paraId="0E25C826" w14:textId="738E3AE5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7092895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2229DB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2229DB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2229DB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法人　</w:t>
            </w:r>
          </w:p>
        </w:tc>
        <w:tc>
          <w:tcPr>
            <w:tcW w:w="8505" w:type="dxa"/>
            <w:vAlign w:val="center"/>
          </w:tcPr>
          <w:p w:rsidRPr="00AA3889" w:rsidR="002229DB" w:rsidP="009A1AE8" w:rsidRDefault="0015316F" w14:paraId="5A7C15AC" w14:textId="228E64CF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8021616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2229DB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2229DB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2229DB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個人事業主</w:t>
            </w:r>
            <w:r w:rsidRPr="00AA3889" w:rsidR="002229DB">
              <w:rPr>
                <w:rFonts w:ascii="BIZ UDゴシック" w:hAnsi="BIZ UDゴシック" w:eastAsia="BIZ UDゴシック"/>
                <w:sz w:val="22"/>
                <w:lang w:eastAsia="ja-JP"/>
              </w:rPr>
              <w:tab/>
            </w:r>
          </w:p>
        </w:tc>
      </w:tr>
    </w:tbl>
    <w:p w:rsidRPr="002229DB" w:rsidR="002229DB" w:rsidP="00C63C7B" w:rsidRDefault="002229DB" w14:paraId="4356B244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</w:p>
    <w:p w:rsidR="002229DB" w:rsidP="002229DB" w:rsidRDefault="002229DB" w14:paraId="05AED94C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明朝 Medium" w:hAnsi="BIZ UD明朝 Medium"/>
          <w:noProof/>
          <w:color w:val="FFFFFF" w:themeColor="background1"/>
          <w:szCs w:val="24"/>
          <w:lang w:eastAsia="ja-JP"/>
        </w:rPr>
        <mc:AlternateContent>
          <mc:Choice Requires="wps">
            <w:drawing>
              <wp:inline distT="0" distB="0" distL="0" distR="0" wp14:anchorId="34C044FE" wp14:editId="3A7DD919">
                <wp:extent cx="6290310" cy="269631"/>
                <wp:effectExtent l="0" t="0" r="0" b="0"/>
                <wp:docPr id="68711277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26963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304A0" w:rsidR="002229DB" w:rsidP="002229DB" w:rsidRDefault="002229DB" w14:paraId="7B8C974C" w14:textId="05D4C5C6">
                            <w:pPr>
                              <w:pStyle w:val="1"/>
                              <w:spacing w:before="0" w:line="240" w:lineRule="auto"/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３．業種を記入してください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9" style="width:495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d6e3bc [1302]" stroked="f" w14:anchorId="34C044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">
                <v:textbox inset=",0,,0">
                  <w:txbxContent>
                    <w:p w:rsidRPr="008304A0" w:rsidR="002229DB" w:rsidP="002229DB" w:rsidRDefault="002229DB" w14:paraId="7B8C974C" w14:textId="05D4C5C6">
                      <w:pPr>
                        <w:pStyle w:val="1"/>
                        <w:spacing w:before="0" w:line="240" w:lineRule="auto"/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３．業種を記入してください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fe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6"/>
        <w:gridCol w:w="8878"/>
        <w:gridCol w:w="326"/>
      </w:tblGrid>
      <w:tr w:rsidRPr="00AA3889" w:rsidR="002229DB" w:rsidTr="002229DB" w14:paraId="4FEF91FC" w14:textId="77777777">
        <w:trPr>
          <w:trHeight w:val="397"/>
        </w:trPr>
        <w:tc>
          <w:tcPr>
            <w:tcW w:w="326" w:type="dxa"/>
            <w:vAlign w:val="center"/>
          </w:tcPr>
          <w:p w:rsidRPr="00AA3889" w:rsidR="002229DB" w:rsidP="009A1AE8" w:rsidRDefault="002229DB" w14:paraId="1FD2FCA6" w14:textId="25556568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r w:rsidRPr="00AA3889">
              <w:rPr>
                <w:rFonts w:hint="eastAsia" w:ascii="BIZ UDPゴシック" w:hAnsi="BIZ UDPゴシック" w:eastAsia="BIZ UDPゴシック"/>
                <w:sz w:val="22"/>
                <w:lang w:eastAsia="ja-JP"/>
              </w:rPr>
              <w:t>（</w:t>
            </w:r>
          </w:p>
        </w:tc>
        <w:tc>
          <w:tcPr>
            <w:tcW w:w="9313" w:type="dxa"/>
            <w:vAlign w:val="center"/>
          </w:tcPr>
          <w:p w:rsidRPr="00AA3889" w:rsidR="002229DB" w:rsidP="009A1AE8" w:rsidRDefault="002229DB" w14:paraId="6DA8B6EE" w14:textId="77777777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</w:p>
        </w:tc>
        <w:tc>
          <w:tcPr>
            <w:tcW w:w="326" w:type="dxa"/>
            <w:vAlign w:val="center"/>
          </w:tcPr>
          <w:p w:rsidRPr="00AA3889" w:rsidR="002229DB" w:rsidP="009A1AE8" w:rsidRDefault="002229DB" w14:paraId="7C331D14" w14:textId="39DD3FCB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r w:rsidRPr="00AA3889">
              <w:rPr>
                <w:rFonts w:hint="eastAsia" w:ascii="BIZ UDPゴシック" w:hAnsi="BIZ UDPゴシック" w:eastAsia="BIZ UDPゴシック"/>
                <w:sz w:val="22"/>
                <w:lang w:eastAsia="ja-JP"/>
              </w:rPr>
              <w:t>）</w:t>
            </w:r>
          </w:p>
        </w:tc>
      </w:tr>
    </w:tbl>
    <w:p w:rsidR="002229DB" w:rsidP="00C63C7B" w:rsidRDefault="002229DB" w14:paraId="3594C68A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</w:p>
    <w:p w:rsidR="002229DB" w:rsidP="002229DB" w:rsidRDefault="002229DB" w14:paraId="7D03E748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明朝 Medium" w:hAnsi="BIZ UD明朝 Medium"/>
          <w:noProof/>
          <w:color w:val="FFFFFF" w:themeColor="background1"/>
          <w:szCs w:val="24"/>
          <w:lang w:eastAsia="ja-JP"/>
        </w:rPr>
        <mc:AlternateContent>
          <mc:Choice Requires="wps">
            <w:drawing>
              <wp:inline distT="0" distB="0" distL="0" distR="0" wp14:anchorId="5A1D80D9" wp14:editId="0C84F895">
                <wp:extent cx="6290310" cy="269631"/>
                <wp:effectExtent l="0" t="0" r="0" b="0"/>
                <wp:docPr id="208481963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26963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304A0" w:rsidR="002229DB" w:rsidP="002229DB" w:rsidRDefault="002229DB" w14:paraId="259D35F6" w14:textId="389788B8">
                            <w:pPr>
                              <w:pStyle w:val="1"/>
                              <w:spacing w:before="0" w:line="240" w:lineRule="auto"/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４．</w:t>
                            </w:r>
                            <w:r w:rsidRPr="002229DB"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本補助金を何で知りましたか（複数選択可）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0" style="width:495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d6e3bc [1302]" stroked="f" w14:anchorId="5A1D80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">
                <v:textbox inset=",0,,0">
                  <w:txbxContent>
                    <w:p w:rsidRPr="008304A0" w:rsidR="002229DB" w:rsidP="002229DB" w:rsidRDefault="002229DB" w14:paraId="259D35F6" w14:textId="389788B8">
                      <w:pPr>
                        <w:pStyle w:val="1"/>
                        <w:spacing w:before="0" w:line="240" w:lineRule="auto"/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４．</w:t>
                      </w:r>
                      <w:r w:rsidRPr="002229DB"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本補助金を何で知りましたか（複数選択可）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fe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38"/>
        <w:gridCol w:w="327"/>
        <w:gridCol w:w="3503"/>
        <w:gridCol w:w="4136"/>
        <w:gridCol w:w="326"/>
      </w:tblGrid>
      <w:tr w:rsidRPr="00AA3889" w:rsidR="00C412C4" w:rsidTr="00C412C4" w14:paraId="31AB7529" w14:textId="77777777">
        <w:trPr>
          <w:trHeight w:val="397"/>
        </w:trPr>
        <w:tc>
          <w:tcPr>
            <w:tcW w:w="5240" w:type="dxa"/>
            <w:gridSpan w:val="3"/>
            <w:vAlign w:val="center"/>
          </w:tcPr>
          <w:p w:rsidRPr="00AA3889" w:rsidR="00C412C4" w:rsidP="00C412C4" w:rsidRDefault="0015316F" w14:paraId="5D764BE6" w14:textId="21DE641C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68162147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412C4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港区立産業振興センターホームページ　　　　</w:t>
            </w:r>
          </w:p>
        </w:tc>
        <w:tc>
          <w:tcPr>
            <w:tcW w:w="4624" w:type="dxa"/>
            <w:gridSpan w:val="2"/>
            <w:vAlign w:val="center"/>
          </w:tcPr>
          <w:p w:rsidRPr="00AA3889" w:rsidR="00C412C4" w:rsidP="00C412C4" w:rsidRDefault="0015316F" w14:paraId="1E4AABBF" w14:textId="7E2CDF0C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1855237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412C4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港区ホームページ</w:t>
            </w:r>
          </w:p>
        </w:tc>
      </w:tr>
      <w:tr w:rsidRPr="00AA3889" w:rsidR="00C412C4" w:rsidTr="00C412C4" w14:paraId="0F9E2144" w14:textId="77777777">
        <w:trPr>
          <w:trHeight w:val="397"/>
        </w:trPr>
        <w:tc>
          <w:tcPr>
            <w:tcW w:w="5240" w:type="dxa"/>
            <w:gridSpan w:val="3"/>
            <w:vAlign w:val="center"/>
          </w:tcPr>
          <w:p w:rsidR="00C412C4" w:rsidP="00C412C4" w:rsidRDefault="0015316F" w14:paraId="54BFD66A" w14:textId="56CB5A8F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0437950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412C4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商工相談員又は巡回相談員からの説明</w:t>
            </w:r>
          </w:p>
        </w:tc>
        <w:tc>
          <w:tcPr>
            <w:tcW w:w="4624" w:type="dxa"/>
            <w:gridSpan w:val="2"/>
            <w:vAlign w:val="center"/>
          </w:tcPr>
          <w:p w:rsidR="00C412C4" w:rsidP="00C412C4" w:rsidRDefault="0015316F" w14:paraId="10CFD153" w14:textId="02264961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7291984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412C4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メールマガジン</w:t>
            </w:r>
          </w:p>
        </w:tc>
      </w:tr>
      <w:tr w:rsidRPr="00AA3889" w:rsidR="00C412C4" w:rsidTr="00C412C4" w14:paraId="05BFE5D8" w14:textId="77777777">
        <w:trPr>
          <w:trHeight w:val="397"/>
        </w:trPr>
        <w:tc>
          <w:tcPr>
            <w:tcW w:w="5240" w:type="dxa"/>
            <w:gridSpan w:val="3"/>
            <w:vAlign w:val="center"/>
          </w:tcPr>
          <w:p w:rsidRPr="00AA3889" w:rsidR="00C412C4" w:rsidP="00C412C4" w:rsidRDefault="0015316F" w14:paraId="19BA7745" w14:textId="0C83EE6B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6569169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412C4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事業周知チラシやパンフレット　</w:t>
            </w:r>
          </w:p>
        </w:tc>
        <w:tc>
          <w:tcPr>
            <w:tcW w:w="4624" w:type="dxa"/>
            <w:gridSpan w:val="2"/>
            <w:vAlign w:val="center"/>
          </w:tcPr>
          <w:p w:rsidRPr="00AA3889" w:rsidR="00C412C4" w:rsidP="00C412C4" w:rsidRDefault="0015316F" w14:paraId="217E4F96" w14:textId="10BE0F15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3816388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C412C4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他の事業者</w:t>
            </w:r>
          </w:p>
        </w:tc>
      </w:tr>
      <w:tr w:rsidRPr="00AA3889" w:rsidR="00C412C4" w:rsidTr="00C412C4" w14:paraId="30486B9C" w14:textId="77777777">
        <w:trPr>
          <w:trHeight w:val="397"/>
        </w:trPr>
        <w:tc>
          <w:tcPr>
            <w:tcW w:w="1270" w:type="dxa"/>
            <w:vAlign w:val="center"/>
          </w:tcPr>
          <w:p w:rsidRPr="00AA3889" w:rsidR="00C412C4" w:rsidP="00C412C4" w:rsidRDefault="0015316F" w14:paraId="53BE9565" w14:textId="77777777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5789546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412C4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C412C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その他</w:t>
            </w:r>
          </w:p>
        </w:tc>
        <w:tc>
          <w:tcPr>
            <w:tcW w:w="327" w:type="dxa"/>
            <w:vAlign w:val="center"/>
          </w:tcPr>
          <w:p w:rsidRPr="00AA3889" w:rsidR="00C412C4" w:rsidP="00C412C4" w:rsidRDefault="00C412C4" w14:paraId="51761C2E" w14:textId="77777777">
            <w:pPr>
              <w:rPr>
                <w:rFonts w:ascii="BIZ UDPゴシック" w:hAnsi="BIZ UDPゴシック" w:eastAsia="BIZ UDPゴシック"/>
                <w:sz w:val="22"/>
                <w:lang w:eastAsia="ja-JP"/>
              </w:rPr>
            </w:pPr>
            <w:r w:rsidRPr="00AA3889">
              <w:rPr>
                <w:rFonts w:hint="eastAsia" w:ascii="BIZ UDPゴシック" w:hAnsi="BIZ UDPゴシック" w:eastAsia="BIZ UDPゴシック"/>
                <w:sz w:val="22"/>
                <w:lang w:eastAsia="ja-JP"/>
              </w:rPr>
              <w:t>（</w:t>
            </w:r>
          </w:p>
        </w:tc>
        <w:tc>
          <w:tcPr>
            <w:tcW w:w="7941" w:type="dxa"/>
            <w:gridSpan w:val="2"/>
            <w:vAlign w:val="center"/>
          </w:tcPr>
          <w:p w:rsidRPr="00AA3889" w:rsidR="00C412C4" w:rsidP="00C412C4" w:rsidRDefault="00C412C4" w14:paraId="3B23FE68" w14:textId="6BA0685B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</w:p>
        </w:tc>
        <w:tc>
          <w:tcPr>
            <w:tcW w:w="326" w:type="dxa"/>
            <w:vAlign w:val="center"/>
          </w:tcPr>
          <w:p w:rsidRPr="00AA3889" w:rsidR="00C412C4" w:rsidP="00C412C4" w:rsidRDefault="00C412C4" w14:paraId="6EE3B29F" w14:textId="77777777">
            <w:pPr>
              <w:jc w:val="right"/>
              <w:rPr>
                <w:rFonts w:ascii="BIZ UDPゴシック" w:hAnsi="BIZ UDPゴシック" w:eastAsia="BIZ UDPゴシック"/>
                <w:sz w:val="22"/>
                <w:lang w:eastAsia="ja-JP"/>
              </w:rPr>
            </w:pPr>
            <w:r w:rsidRPr="00AA3889">
              <w:rPr>
                <w:rFonts w:hint="eastAsia" w:ascii="BIZ UDPゴシック" w:hAnsi="BIZ UDPゴシック" w:eastAsia="BIZ UDPゴシック"/>
                <w:sz w:val="22"/>
                <w:lang w:eastAsia="ja-JP"/>
              </w:rPr>
              <w:t>）</w:t>
            </w:r>
          </w:p>
        </w:tc>
      </w:tr>
    </w:tbl>
    <w:p w:rsidR="002229DB" w:rsidP="00C63C7B" w:rsidRDefault="002229DB" w14:paraId="0E1D9489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</w:p>
    <w:p w:rsidR="00A641FA" w:rsidP="00A641FA" w:rsidRDefault="00A641FA" w14:paraId="38376299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明朝 Medium" w:hAnsi="BIZ UD明朝 Medium"/>
          <w:noProof/>
          <w:color w:val="FFFFFF" w:themeColor="background1"/>
          <w:szCs w:val="24"/>
          <w:lang w:eastAsia="ja-JP"/>
        </w:rPr>
        <mc:AlternateContent>
          <mc:Choice Requires="wps">
            <w:drawing>
              <wp:inline distT="0" distB="0" distL="0" distR="0" wp14:anchorId="6D9657B4" wp14:editId="600C5FF3">
                <wp:extent cx="6290310" cy="269631"/>
                <wp:effectExtent l="0" t="0" r="0" b="0"/>
                <wp:docPr id="78821260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26963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304A0" w:rsidR="00A641FA" w:rsidP="00A641FA" w:rsidRDefault="00A641FA" w14:paraId="2CA469A1" w14:textId="5C4B09AB">
                            <w:pPr>
                              <w:pStyle w:val="1"/>
                              <w:spacing w:before="0" w:line="240" w:lineRule="auto"/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５．申請手続きの分かりやすさ</w:t>
                            </w:r>
                            <w:r w:rsidRPr="008304A0"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（</w:t>
                            </w:r>
                            <w:r w:rsidRPr="008304A0"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１つ選択）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1" style="width:495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d6e3bc [1302]" stroked="f" w14:anchorId="6D9657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">
                <v:textbox inset=",0,,0">
                  <w:txbxContent>
                    <w:p w:rsidRPr="008304A0" w:rsidR="00A641FA" w:rsidP="00A641FA" w:rsidRDefault="00A641FA" w14:paraId="2CA469A1" w14:textId="5C4B09AB">
                      <w:pPr>
                        <w:pStyle w:val="1"/>
                        <w:spacing w:before="0" w:line="240" w:lineRule="auto"/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５．申請手続きの分かりやすさ</w:t>
                      </w:r>
                      <w:r w:rsidRPr="008304A0"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（</w:t>
                      </w:r>
                      <w:r w:rsidRPr="008304A0"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１つ選択）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fe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000"/>
        <w:gridCol w:w="1370"/>
        <w:gridCol w:w="5160"/>
      </w:tblGrid>
      <w:tr w:rsidRPr="00AA3889" w:rsidR="00A641FA" w:rsidTr="00A641FA" w14:paraId="3E55687D" w14:textId="77777777">
        <w:trPr>
          <w:trHeight w:val="397"/>
        </w:trPr>
        <w:tc>
          <w:tcPr>
            <w:tcW w:w="3119" w:type="dxa"/>
            <w:vAlign w:val="center"/>
          </w:tcPr>
          <w:p w:rsidRPr="00AA3889" w:rsidR="00A641FA" w:rsidP="009A1AE8" w:rsidRDefault="0015316F" w14:paraId="3FCE4B9E" w14:textId="25660131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22973489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A641FA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A641FA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A641FA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分かりやすい（簡易）　　</w:t>
            </w:r>
          </w:p>
        </w:tc>
        <w:tc>
          <w:tcPr>
            <w:tcW w:w="1417" w:type="dxa"/>
            <w:vAlign w:val="center"/>
          </w:tcPr>
          <w:p w:rsidRPr="00AA3889" w:rsidR="00A641FA" w:rsidP="009A1AE8" w:rsidRDefault="0015316F" w14:paraId="5EA21B9C" w14:textId="6CCED415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08195426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A641FA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A641FA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A641FA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普通　　</w:t>
            </w:r>
          </w:p>
        </w:tc>
        <w:tc>
          <w:tcPr>
            <w:tcW w:w="5387" w:type="dxa"/>
            <w:vAlign w:val="center"/>
          </w:tcPr>
          <w:p w:rsidRPr="00AA3889" w:rsidR="00A641FA" w:rsidP="009A1AE8" w:rsidRDefault="0015316F" w14:paraId="6837C38A" w14:textId="68F8D2AA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4817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A641FA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A641FA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A641FA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分かりにくい（煩雑）</w:t>
            </w:r>
          </w:p>
        </w:tc>
      </w:tr>
    </w:tbl>
    <w:p w:rsidR="004574A7" w:rsidP="004574A7" w:rsidRDefault="004574A7" w14:paraId="2D7070B3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明朝 Medium" w:hAnsi="BIZ UD明朝 Medium"/>
          <w:noProof/>
          <w:color w:val="FFFFFF" w:themeColor="background1"/>
          <w:szCs w:val="24"/>
          <w:lang w:eastAsia="ja-JP"/>
        </w:rPr>
        <w:lastRenderedPageBreak/>
        <mc:AlternateContent>
          <mc:Choice Requires="wps">
            <w:drawing>
              <wp:inline distT="0" distB="0" distL="0" distR="0" wp14:anchorId="3186C2F5" wp14:editId="374C71F8">
                <wp:extent cx="6290310" cy="269631"/>
                <wp:effectExtent l="0" t="0" r="0" b="0"/>
                <wp:docPr id="17199605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26963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304A0" w:rsidR="004574A7" w:rsidP="004574A7" w:rsidRDefault="004574A7" w14:paraId="4E3B75CC" w14:textId="5A74E620">
                            <w:pPr>
                              <w:pStyle w:val="1"/>
                              <w:spacing w:before="0" w:line="240" w:lineRule="auto"/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６．本補助金によりどのような効果がありましたか（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複数選択可）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2" style="width:495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d6e3bc [1302]" stroked="f" w14:anchorId="3186C2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">
                <v:textbox inset=",0,,0">
                  <w:txbxContent>
                    <w:p w:rsidRPr="008304A0" w:rsidR="004574A7" w:rsidP="004574A7" w:rsidRDefault="004574A7" w14:paraId="4E3B75CC" w14:textId="5A74E620">
                      <w:pPr>
                        <w:pStyle w:val="1"/>
                        <w:spacing w:before="0" w:line="240" w:lineRule="auto"/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６．本補助金によりどのような効果がありましたか（</w:t>
                      </w: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複数選択可）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fe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46"/>
        <w:gridCol w:w="2047"/>
        <w:gridCol w:w="2047"/>
        <w:gridCol w:w="1237"/>
        <w:gridCol w:w="326"/>
        <w:gridCol w:w="98"/>
        <w:gridCol w:w="1496"/>
        <w:gridCol w:w="333"/>
      </w:tblGrid>
      <w:tr w:rsidRPr="00AA3889" w:rsidR="00586228" w:rsidTr="003E2BDC" w14:paraId="3F761EC2" w14:textId="77777777">
        <w:trPr>
          <w:trHeight w:val="397"/>
        </w:trPr>
        <w:tc>
          <w:tcPr>
            <w:tcW w:w="2019" w:type="dxa"/>
            <w:vAlign w:val="center"/>
          </w:tcPr>
          <w:p w:rsidRPr="009E558E" w:rsidR="00586228" w:rsidP="009A1AE8" w:rsidRDefault="0015316F" w14:paraId="4DA057FF" w14:textId="0ABF1460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4209133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E558E" w:rsidR="00586228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9E558E" w:rsidR="00586228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Pr="009E558E" w:rsidR="00586228">
              <w:rPr>
                <w:rFonts w:ascii="BIZ UDゴシック" w:hAnsi="BIZ UDゴシック" w:eastAsia="BIZ UDゴシック"/>
                <w:sz w:val="22"/>
                <w:lang w:eastAsia="ja-JP"/>
              </w:rPr>
              <w:t>売上向上</w:t>
            </w:r>
            <w:r w:rsidRPr="009E558E" w:rsidR="00586228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　　</w:t>
            </w:r>
          </w:p>
        </w:tc>
        <w:tc>
          <w:tcPr>
            <w:tcW w:w="2125" w:type="dxa"/>
            <w:vAlign w:val="center"/>
          </w:tcPr>
          <w:p w:rsidRPr="009E558E" w:rsidR="00586228" w:rsidP="009A1AE8" w:rsidRDefault="0015316F" w14:paraId="1B5CAABB" w14:textId="3CAD6228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6570019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E558E" w:rsidR="00586228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9E558E" w:rsidR="00586228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生産性向上　　</w:t>
            </w:r>
          </w:p>
        </w:tc>
        <w:tc>
          <w:tcPr>
            <w:tcW w:w="2125" w:type="dxa"/>
            <w:vAlign w:val="center"/>
          </w:tcPr>
          <w:p w:rsidRPr="009E558E" w:rsidR="00586228" w:rsidP="009A1AE8" w:rsidRDefault="0015316F" w14:paraId="7687D5F2" w14:textId="27F880E2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112044678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E558E" w:rsidR="00586228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9E558E" w:rsidR="00586228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業務効率化　　</w:t>
            </w:r>
          </w:p>
        </w:tc>
        <w:tc>
          <w:tcPr>
            <w:tcW w:w="1704" w:type="dxa"/>
            <w:gridSpan w:val="3"/>
            <w:vAlign w:val="center"/>
          </w:tcPr>
          <w:p w:rsidRPr="009E558E" w:rsidR="00586228" w:rsidP="009A1AE8" w:rsidRDefault="0015316F" w14:paraId="79059BC8" w14:textId="262DA66E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5645357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E558E" w:rsidR="00586228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9E558E" w:rsidR="00586228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省人化　　</w:t>
            </w:r>
          </w:p>
        </w:tc>
        <w:tc>
          <w:tcPr>
            <w:tcW w:w="1891" w:type="dxa"/>
            <w:gridSpan w:val="2"/>
            <w:vAlign w:val="center"/>
          </w:tcPr>
          <w:p w:rsidRPr="009E558E" w:rsidR="00586228" w:rsidP="009A1AE8" w:rsidRDefault="0015316F" w14:paraId="4D0E7A49" w14:textId="1E4E539E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3936131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E558E" w:rsidR="00586228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9E558E" w:rsidR="00586228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省エネ</w:t>
            </w:r>
          </w:p>
        </w:tc>
      </w:tr>
      <w:tr w:rsidRPr="00AA3889" w:rsidR="003E2BDC" w:rsidTr="005B57FB" w14:paraId="6D1E0DE2" w14:textId="77777777">
        <w:trPr>
          <w:trHeight w:val="397"/>
        </w:trPr>
        <w:tc>
          <w:tcPr>
            <w:tcW w:w="2019" w:type="dxa"/>
            <w:vAlign w:val="center"/>
          </w:tcPr>
          <w:p w:rsidRPr="009E558E" w:rsidR="003E2BDC" w:rsidP="00586228" w:rsidRDefault="0015316F" w14:paraId="29D02A83" w14:textId="7A116BB1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3487272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E558E" w:rsidR="003E2BDC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9E558E" w:rsidR="003E2BDC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人材確保　</w:t>
            </w:r>
          </w:p>
        </w:tc>
        <w:tc>
          <w:tcPr>
            <w:tcW w:w="2125" w:type="dxa"/>
            <w:vAlign w:val="center"/>
          </w:tcPr>
          <w:p w:rsidRPr="009E558E" w:rsidR="003E2BDC" w:rsidP="00586228" w:rsidRDefault="0015316F" w14:paraId="31FBAAA0" w14:textId="7D8235C2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2295760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E558E" w:rsidR="003E2BDC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9E558E" w:rsidR="003E2BDC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販路拡大　　</w:t>
            </w:r>
          </w:p>
        </w:tc>
        <w:tc>
          <w:tcPr>
            <w:tcW w:w="2125" w:type="dxa"/>
            <w:vAlign w:val="center"/>
          </w:tcPr>
          <w:p w:rsidRPr="009E558E" w:rsidR="003E2BDC" w:rsidP="00586228" w:rsidRDefault="0015316F" w14:paraId="1ECD7719" w14:textId="5A484950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0451812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E558E" w:rsidR="003E2BDC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9E558E" w:rsidR="003E2BDC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経費削減　　</w:t>
            </w:r>
          </w:p>
        </w:tc>
        <w:tc>
          <w:tcPr>
            <w:tcW w:w="1276" w:type="dxa"/>
            <w:vAlign w:val="center"/>
          </w:tcPr>
          <w:p w:rsidRPr="009E558E" w:rsidR="003E2BDC" w:rsidP="00586228" w:rsidRDefault="0015316F" w14:paraId="4B5EABAF" w14:textId="55E11E70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13702274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9E558E" w:rsidR="003E2BDC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9E558E" w:rsidR="003E2BDC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その他　　</w:t>
            </w:r>
          </w:p>
        </w:tc>
        <w:tc>
          <w:tcPr>
            <w:tcW w:w="326" w:type="dxa"/>
            <w:vAlign w:val="center"/>
          </w:tcPr>
          <w:p w:rsidRPr="009E558E" w:rsidR="003E2BDC" w:rsidP="00586228" w:rsidRDefault="003E2BDC" w14:paraId="5340C895" w14:textId="7F4B144F">
            <w:pPr>
              <w:rPr>
                <w:rFonts w:ascii="BIZ UDPゴシック" w:hAnsi="BIZ UDPゴシック" w:eastAsia="BIZ UDPゴシック"/>
                <w:sz w:val="22"/>
                <w:lang w:eastAsia="ja-JP"/>
              </w:rPr>
            </w:pPr>
            <w:r w:rsidRPr="009E558E">
              <w:rPr>
                <w:rFonts w:hint="eastAsia" w:ascii="BIZ UDPゴシック" w:hAnsi="BIZ UDPゴシック" w:eastAsia="BIZ UDPゴシック"/>
                <w:sz w:val="22"/>
                <w:lang w:eastAsia="ja-JP"/>
              </w:rPr>
              <w:t>（</w:t>
            </w:r>
          </w:p>
        </w:tc>
        <w:tc>
          <w:tcPr>
            <w:tcW w:w="1660" w:type="dxa"/>
            <w:gridSpan w:val="2"/>
            <w:vAlign w:val="center"/>
          </w:tcPr>
          <w:p w:rsidRPr="009E558E" w:rsidR="003E2BDC" w:rsidP="00586228" w:rsidRDefault="003E2BDC" w14:paraId="70448A94" w14:textId="77777777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</w:p>
        </w:tc>
        <w:tc>
          <w:tcPr>
            <w:tcW w:w="333" w:type="dxa"/>
            <w:vAlign w:val="center"/>
          </w:tcPr>
          <w:p w:rsidRPr="009E558E" w:rsidR="003E2BDC" w:rsidP="00586228" w:rsidRDefault="003E2BDC" w14:paraId="09ED3BDC" w14:textId="2EC1C87C">
            <w:pPr>
              <w:rPr>
                <w:rFonts w:ascii="BIZ UDPゴシック" w:hAnsi="BIZ UDPゴシック" w:eastAsia="BIZ UDPゴシック"/>
                <w:sz w:val="22"/>
                <w:lang w:eastAsia="ja-JP"/>
              </w:rPr>
            </w:pPr>
            <w:r w:rsidRPr="009E558E">
              <w:rPr>
                <w:rFonts w:hint="eastAsia" w:ascii="BIZ UDPゴシック" w:hAnsi="BIZ UDPゴシック" w:eastAsia="BIZ UDPゴシック"/>
                <w:sz w:val="22"/>
                <w:lang w:eastAsia="ja-JP"/>
              </w:rPr>
              <w:t>）</w:t>
            </w:r>
          </w:p>
        </w:tc>
      </w:tr>
    </w:tbl>
    <w:p w:rsidRPr="004574A7" w:rsidR="004574A7" w:rsidP="00C63C7B" w:rsidRDefault="004574A7" w14:paraId="4F37252D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</w:p>
    <w:p w:rsidR="009E558E" w:rsidP="009E558E" w:rsidRDefault="009E558E" w14:paraId="0CF2B345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明朝 Medium" w:hAnsi="BIZ UD明朝 Medium"/>
          <w:noProof/>
          <w:color w:val="FFFFFF" w:themeColor="background1"/>
          <w:szCs w:val="24"/>
          <w:lang w:eastAsia="ja-JP"/>
        </w:rPr>
        <mc:AlternateContent>
          <mc:Choice Requires="wps">
            <w:drawing>
              <wp:inline distT="0" distB="0" distL="0" distR="0" wp14:anchorId="200D7D24" wp14:editId="7B92D99F">
                <wp:extent cx="6290310" cy="269631"/>
                <wp:effectExtent l="0" t="0" r="0" b="0"/>
                <wp:docPr id="11148690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26963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304A0" w:rsidR="009E558E" w:rsidP="009E558E" w:rsidRDefault="009E558E" w14:paraId="20CBCC67" w14:textId="251AD0BD">
                            <w:pPr>
                              <w:pStyle w:val="1"/>
                              <w:spacing w:before="0" w:line="240" w:lineRule="auto"/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７．</w:t>
                            </w:r>
                            <w:r w:rsidRPr="009E558E"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本補助金がなかった場合、同様の取組を実施しましたか</w:t>
                            </w:r>
                            <w:r w:rsidRPr="008304A0" w:rsidR="001566AE"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（</w:t>
                            </w:r>
                            <w:r w:rsidRPr="008304A0" w:rsidR="001566AE"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１つ選択）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3" style="width:495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d6e3bc [1302]" stroked="f" w14:anchorId="200D7D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">
                <v:textbox inset=",0,,0">
                  <w:txbxContent>
                    <w:p w:rsidRPr="008304A0" w:rsidR="009E558E" w:rsidP="009E558E" w:rsidRDefault="009E558E" w14:paraId="20CBCC67" w14:textId="251AD0BD">
                      <w:pPr>
                        <w:pStyle w:val="1"/>
                        <w:spacing w:before="0" w:line="240" w:lineRule="auto"/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７．</w:t>
                      </w:r>
                      <w:r w:rsidRPr="009E558E"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本補助金がなかった場合、同様の取組を実施しましたか</w:t>
                      </w:r>
                      <w:r w:rsidRPr="008304A0" w:rsidR="001566AE"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（</w:t>
                      </w:r>
                      <w:r w:rsidRPr="008304A0" w:rsidR="001566AE"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１つ選択）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fe"/>
        <w:tblW w:w="9873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019"/>
        <w:gridCol w:w="3543"/>
        <w:gridCol w:w="4311"/>
      </w:tblGrid>
      <w:tr w:rsidRPr="00AA3889" w:rsidR="009E558E" w:rsidTr="00C107ED" w14:paraId="5908CF59" w14:textId="77777777">
        <w:trPr>
          <w:trHeight w:val="397"/>
        </w:trPr>
        <w:tc>
          <w:tcPr>
            <w:tcW w:w="2019" w:type="dxa"/>
            <w:vAlign w:val="center"/>
          </w:tcPr>
          <w:p w:rsidRPr="00AA3889" w:rsidR="009E558E" w:rsidP="00D210D6" w:rsidRDefault="0015316F" w14:paraId="55D4136A" w14:textId="2405DC1C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8668582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9E55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="009E55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9E558E">
              <w:rPr>
                <w:rFonts w:hint="eastAsia" w:ascii="BIZ UDゴシック" w:hAnsi="BIZ UDゴシック" w:eastAsia="BIZ UDゴシック"/>
                <w:lang w:eastAsia="ja-JP"/>
              </w:rPr>
              <w:t>実施した</w:t>
            </w:r>
          </w:p>
        </w:tc>
        <w:tc>
          <w:tcPr>
            <w:tcW w:w="3543" w:type="dxa"/>
            <w:vAlign w:val="center"/>
          </w:tcPr>
          <w:p w:rsidRPr="00AA3889" w:rsidR="009E558E" w:rsidP="00D210D6" w:rsidRDefault="0015316F" w14:paraId="43F9AFEF" w14:textId="0DA56B5A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1928883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9E55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9E55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9E55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規模縮小</w:t>
            </w:r>
            <w:r w:rsidR="00C107ED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を</w:t>
            </w:r>
            <w:r w:rsidR="009E55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して実施</w:t>
            </w:r>
            <w:r w:rsidR="00C107ED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した</w:t>
            </w:r>
          </w:p>
        </w:tc>
        <w:tc>
          <w:tcPr>
            <w:tcW w:w="4311" w:type="dxa"/>
            <w:vAlign w:val="center"/>
          </w:tcPr>
          <w:p w:rsidRPr="00AA3889" w:rsidR="009E558E" w:rsidP="00D210D6" w:rsidRDefault="0015316F" w14:paraId="5CDF4947" w14:textId="30F5748A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9164397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9E558E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9E55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9E558E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実施しなかった</w:t>
            </w:r>
          </w:p>
        </w:tc>
      </w:tr>
    </w:tbl>
    <w:p w:rsidR="004574A7" w:rsidP="00C63C7B" w:rsidRDefault="004574A7" w14:paraId="5D0BEBDC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</w:p>
    <w:p w:rsidR="00F57C39" w:rsidP="00F57C39" w:rsidRDefault="00F57C39" w14:paraId="05855426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明朝 Medium" w:hAnsi="BIZ UD明朝 Medium"/>
          <w:noProof/>
          <w:color w:val="FFFFFF" w:themeColor="background1"/>
          <w:szCs w:val="24"/>
          <w:lang w:eastAsia="ja-JP"/>
        </w:rPr>
        <mc:AlternateContent>
          <mc:Choice Requires="wps">
            <w:drawing>
              <wp:inline distT="0" distB="0" distL="0" distR="0" wp14:anchorId="0A601C32" wp14:editId="34853D7D">
                <wp:extent cx="6290310" cy="269631"/>
                <wp:effectExtent l="0" t="0" r="0" b="0"/>
                <wp:docPr id="128727384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26963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304A0" w:rsidR="00F57C39" w:rsidP="00F57C39" w:rsidRDefault="00F57C39" w14:paraId="086DDD73" w14:textId="39DDB9C8">
                            <w:pPr>
                              <w:pStyle w:val="1"/>
                              <w:spacing w:before="0" w:line="240" w:lineRule="auto"/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８．</w:t>
                            </w:r>
                            <w:r w:rsidR="008C7AE3"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本補助</w:t>
                            </w:r>
                            <w:r w:rsidR="005704F0"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金全体の満足度</w:t>
                            </w:r>
                            <w:r w:rsidR="00097D82"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いかがですか（</w:t>
                            </w:r>
                            <w:r w:rsidR="00097D82"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１つ選択）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4" style="width:495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d6e3bc [1302]" stroked="f" w14:anchorId="0A601C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">
                <v:textbox inset=",0,,0">
                  <w:txbxContent>
                    <w:p w:rsidRPr="008304A0" w:rsidR="00F57C39" w:rsidP="00F57C39" w:rsidRDefault="00F57C39" w14:paraId="086DDD73" w14:textId="39DDB9C8">
                      <w:pPr>
                        <w:pStyle w:val="1"/>
                        <w:spacing w:before="0" w:line="240" w:lineRule="auto"/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８．</w:t>
                      </w:r>
                      <w:r w:rsidR="008C7AE3"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本補助</w:t>
                      </w:r>
                      <w:r w:rsidR="005704F0"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金全体の満足度</w:t>
                      </w:r>
                      <w:r w:rsidR="00097D82"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いかがですか（</w:t>
                      </w:r>
                      <w:r w:rsidR="00097D82"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１つ選択）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fe"/>
        <w:tblW w:w="9873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593"/>
        <w:gridCol w:w="1560"/>
        <w:gridCol w:w="6720"/>
      </w:tblGrid>
      <w:tr w:rsidRPr="00AA3889" w:rsidR="00F57C39" w:rsidTr="00C107ED" w14:paraId="5BF613BD" w14:textId="77777777">
        <w:trPr>
          <w:trHeight w:val="397"/>
        </w:trPr>
        <w:tc>
          <w:tcPr>
            <w:tcW w:w="1593" w:type="dxa"/>
            <w:vAlign w:val="center"/>
          </w:tcPr>
          <w:p w:rsidRPr="00AA3889" w:rsidR="00F57C39" w:rsidP="00D210D6" w:rsidRDefault="0015316F" w14:paraId="66F9ECE0" w14:textId="56E3F7B4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48197922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F57C39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="00F57C39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F57C39">
              <w:rPr>
                <w:rFonts w:hint="eastAsia" w:ascii="BIZ UDゴシック" w:hAnsi="BIZ UDゴシック" w:eastAsia="BIZ UDゴシック"/>
                <w:lang w:eastAsia="ja-JP"/>
              </w:rPr>
              <w:t>良い</w:t>
            </w:r>
          </w:p>
        </w:tc>
        <w:tc>
          <w:tcPr>
            <w:tcW w:w="1560" w:type="dxa"/>
            <w:vAlign w:val="center"/>
          </w:tcPr>
          <w:p w:rsidRPr="00AA3889" w:rsidR="00F57C39" w:rsidP="00D210D6" w:rsidRDefault="0015316F" w14:paraId="1D013A9F" w14:textId="4B770DB9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5856594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F57C39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F57C39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097D82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普通</w:t>
            </w:r>
          </w:p>
        </w:tc>
        <w:tc>
          <w:tcPr>
            <w:tcW w:w="6720" w:type="dxa"/>
            <w:vAlign w:val="center"/>
          </w:tcPr>
          <w:p w:rsidRPr="00AA3889" w:rsidR="00F57C39" w:rsidP="00D210D6" w:rsidRDefault="0015316F" w14:paraId="5332B928" w14:textId="18FC641E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17650609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F57C39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F57C39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097D82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悪い</w:t>
            </w:r>
          </w:p>
        </w:tc>
      </w:tr>
    </w:tbl>
    <w:p w:rsidRPr="001603CC" w:rsidR="00A118AB" w:rsidP="001603CC" w:rsidRDefault="00C6417C" w14:paraId="4B3E29F8" w14:textId="4C73DA32">
      <w:pPr>
        <w:pStyle w:val="ae"/>
        <w:numPr>
          <w:ilvl w:val="0"/>
          <w:numId w:val="10"/>
        </w:num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  <w:r>
        <w:rPr>
          <w:rFonts w:hint="eastAsia" w:ascii="BIZ UDゴシック" w:hAnsi="BIZ UDゴシック" w:eastAsia="BIZ UDゴシック"/>
          <w:szCs w:val="24"/>
          <w:lang w:eastAsia="ja-JP"/>
        </w:rPr>
        <w:t>「普通</w:t>
      </w:r>
      <w:r w:rsidRPr="0076275A">
        <w:rPr>
          <w:rFonts w:hint="eastAsia" w:ascii="BIZ UDPゴシック" w:hAnsi="BIZ UDPゴシック" w:eastAsia="BIZ UDPゴシック"/>
          <w:szCs w:val="24"/>
          <w:lang w:eastAsia="ja-JP"/>
        </w:rPr>
        <w:t>」</w:t>
      </w:r>
      <w:r w:rsidRPr="0076275A">
        <w:rPr>
          <w:rFonts w:hint="eastAsia" w:ascii="BIZ UDゴシック" w:hAnsi="BIZ UDゴシック" w:eastAsia="BIZ UDゴシック"/>
          <w:szCs w:val="24"/>
          <w:lang w:eastAsia="ja-JP"/>
        </w:rPr>
        <w:t>「</w:t>
      </w:r>
      <w:r>
        <w:rPr>
          <w:rFonts w:hint="eastAsia" w:ascii="BIZ UDゴシック" w:hAnsi="BIZ UDゴシック" w:eastAsia="BIZ UDゴシック"/>
          <w:szCs w:val="24"/>
          <w:lang w:eastAsia="ja-JP"/>
        </w:rPr>
        <w:t>悪い」を選択した方は</w:t>
      </w:r>
      <w:r w:rsidR="0090696C">
        <w:rPr>
          <w:rFonts w:hint="eastAsia" w:ascii="BIZ UDゴシック" w:hAnsi="BIZ UDゴシック" w:eastAsia="BIZ UDゴシック"/>
          <w:szCs w:val="24"/>
          <w:lang w:eastAsia="ja-JP"/>
        </w:rPr>
        <w:t>改善した方が良い</w:t>
      </w:r>
      <w:r w:rsidR="00A118AB">
        <w:rPr>
          <w:rFonts w:hint="eastAsia" w:ascii="BIZ UDゴシック" w:hAnsi="BIZ UDゴシック" w:eastAsia="BIZ UDゴシック"/>
          <w:szCs w:val="24"/>
          <w:lang w:eastAsia="ja-JP"/>
        </w:rPr>
        <w:t>点をご記入ください。</w:t>
      </w:r>
    </w:p>
    <w:p w:rsidR="00F57C39" w:rsidP="00BC21A3" w:rsidRDefault="00345916" w14:paraId="1FB8C4AB" w14:textId="05FC7548">
      <w:pPr>
        <w:spacing w:after="0" w:line="240" w:lineRule="auto"/>
        <w:jc w:val="right"/>
        <w:rPr>
          <w:rFonts w:ascii="BIZ UDゴシック" w:hAnsi="BIZ UDゴシック" w:eastAsia="BIZ UDゴシック"/>
          <w:szCs w:val="24"/>
          <w:lang w:eastAsia="ja-JP"/>
        </w:rPr>
      </w:pPr>
      <w:r>
        <w:rPr>
          <w:rFonts w:hint="eastAsia" w:ascii="BIZ UDゴシック" w:hAnsi="BIZ UDゴシック" w:eastAsia="BIZ UDゴシック"/>
          <w:noProof/>
          <w:szCs w:val="24"/>
          <w:lang w:eastAsia="ja-JP"/>
        </w:rPr>
        <mc:AlternateContent>
          <mc:Choice Requires="wps">
            <w:drawing>
              <wp:inline distT="0" distB="0" distL="0" distR="0" wp14:anchorId="412C0DB1" wp14:editId="215B6E0B">
                <wp:extent cx="6179820" cy="936000"/>
                <wp:effectExtent l="0" t="0" r="11430" b="16510"/>
                <wp:docPr id="1595032343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9360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正方形/長方形 9" style="width:486.6pt;height:7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01]" strokecolor="black [3213]" w14:anchorId="34E2F4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">
                <w10:anchorlock/>
              </v:rect>
            </w:pict>
          </mc:Fallback>
        </mc:AlternateContent>
      </w:r>
    </w:p>
    <w:p w:rsidR="000E2A99" w:rsidP="00C63C7B" w:rsidRDefault="000E2A99" w14:paraId="4DC7D80B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</w:p>
    <w:p w:rsidR="00FB33A4" w:rsidP="00FB33A4" w:rsidRDefault="00FB33A4" w14:paraId="1642A8D4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明朝 Medium" w:hAnsi="BIZ UD明朝 Medium"/>
          <w:noProof/>
          <w:color w:val="FFFFFF" w:themeColor="background1"/>
          <w:szCs w:val="24"/>
          <w:lang w:eastAsia="ja-JP"/>
        </w:rPr>
        <mc:AlternateContent>
          <mc:Choice Requires="wps">
            <w:drawing>
              <wp:inline distT="0" distB="0" distL="0" distR="0" wp14:anchorId="0D621430" wp14:editId="2959E9EA">
                <wp:extent cx="6290310" cy="269631"/>
                <wp:effectExtent l="0" t="0" r="0" b="0"/>
                <wp:docPr id="194112774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26963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304A0" w:rsidR="00FB33A4" w:rsidP="00FB33A4" w:rsidRDefault="00FB33A4" w14:paraId="373F6641" w14:textId="093D1078">
                            <w:pPr>
                              <w:pStyle w:val="1"/>
                              <w:spacing w:before="0" w:line="240" w:lineRule="auto"/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９．</w:t>
                            </w:r>
                            <w:r w:rsidR="00F12A37"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今後も本補助金を継続して実施すべきと思いますか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（１つ選択）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5" style="width:495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d6e3bc [1302]" stroked="f" w14:anchorId="0D62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">
                <v:textbox inset=",0,,0">
                  <w:txbxContent>
                    <w:p w:rsidRPr="008304A0" w:rsidR="00FB33A4" w:rsidP="00FB33A4" w:rsidRDefault="00FB33A4" w14:paraId="373F6641" w14:textId="093D1078">
                      <w:pPr>
                        <w:pStyle w:val="1"/>
                        <w:spacing w:before="0" w:line="240" w:lineRule="auto"/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９．</w:t>
                      </w:r>
                      <w:r w:rsidR="00F12A37"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今後も本補助金を継続して実施すべきと思いますか</w:t>
                      </w: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（１つ選択）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fe"/>
        <w:tblW w:w="9873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302"/>
        <w:gridCol w:w="2126"/>
        <w:gridCol w:w="5445"/>
      </w:tblGrid>
      <w:tr w:rsidRPr="00AA3889" w:rsidR="00FB33A4" w:rsidTr="00B559B6" w14:paraId="1014EA02" w14:textId="77777777">
        <w:trPr>
          <w:trHeight w:val="397"/>
        </w:trPr>
        <w:tc>
          <w:tcPr>
            <w:tcW w:w="2302" w:type="dxa"/>
            <w:vAlign w:val="center"/>
          </w:tcPr>
          <w:p w:rsidRPr="00AA3889" w:rsidR="00FB33A4" w:rsidP="00D210D6" w:rsidRDefault="0015316F" w14:paraId="16537EFF" w14:textId="683BEE62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16518634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FB33A4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="00FB33A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F12A37">
              <w:rPr>
                <w:rFonts w:hint="eastAsia" w:ascii="BIZ UDゴシック" w:hAnsi="BIZ UDゴシック" w:eastAsia="BIZ UDゴシック"/>
                <w:lang w:eastAsia="ja-JP"/>
              </w:rPr>
              <w:t>実施すべき</w:t>
            </w:r>
          </w:p>
        </w:tc>
        <w:tc>
          <w:tcPr>
            <w:tcW w:w="2126" w:type="dxa"/>
            <w:vAlign w:val="center"/>
          </w:tcPr>
          <w:p w:rsidRPr="00AA3889" w:rsidR="00FB33A4" w:rsidP="00D210D6" w:rsidRDefault="0015316F" w14:paraId="1C3BB609" w14:textId="33BC7244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  <w:sdt>
              <w:sdtPr>
                <w:rPr>
                  <w:rFonts w:ascii="BIZ UDゴシック" w:hAnsi="BIZ UDゴシック" w:eastAsia="BIZ UDゴシック"/>
                  <w:sz w:val="22"/>
                  <w:lang w:eastAsia="ja-JP"/>
                </w:rPr>
                <w:id w:val="-4561826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AA3889" w:rsidR="00FB33A4">
                  <w:rPr>
                    <w:rFonts w:hint="eastAsia" w:ascii="ＭＳ ゴシック" w:hAnsi="ＭＳ ゴシック" w:eastAsia="ＭＳ ゴシック"/>
                    <w:sz w:val="22"/>
                    <w:lang w:eastAsia="ja-JP"/>
                  </w:rPr>
                  <w:t>☐</w:t>
                </w:r>
              </w:sdtContent>
            </w:sdt>
            <w:r w:rsidRPr="00AA3889" w:rsidR="00FB33A4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 xml:space="preserve"> </w:t>
            </w:r>
            <w:r w:rsidR="00B559B6">
              <w:rPr>
                <w:rFonts w:hint="eastAsia" w:ascii="BIZ UDゴシック" w:hAnsi="BIZ UDゴシック" w:eastAsia="BIZ UDゴシック"/>
                <w:sz w:val="22"/>
                <w:lang w:eastAsia="ja-JP"/>
              </w:rPr>
              <w:t>廃止すべき</w:t>
            </w:r>
          </w:p>
        </w:tc>
        <w:tc>
          <w:tcPr>
            <w:tcW w:w="5445" w:type="dxa"/>
            <w:vAlign w:val="center"/>
          </w:tcPr>
          <w:p w:rsidRPr="00AA3889" w:rsidR="00FB33A4" w:rsidP="00D210D6" w:rsidRDefault="00FB33A4" w14:paraId="39C32FFE" w14:textId="73913D73">
            <w:pPr>
              <w:rPr>
                <w:rFonts w:ascii="BIZ UDゴシック" w:hAnsi="BIZ UDゴシック" w:eastAsia="BIZ UDゴシック"/>
                <w:sz w:val="22"/>
                <w:lang w:eastAsia="ja-JP"/>
              </w:rPr>
            </w:pPr>
          </w:p>
        </w:tc>
      </w:tr>
    </w:tbl>
    <w:p w:rsidR="000E2A99" w:rsidP="00C63C7B" w:rsidRDefault="000E2A99" w14:paraId="5B01DA88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</w:p>
    <w:p w:rsidR="00FB33A4" w:rsidP="00FB33A4" w:rsidRDefault="00FB33A4" w14:paraId="325FD831" w14:textId="77777777">
      <w:pPr>
        <w:spacing w:after="0" w:line="240" w:lineRule="auto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明朝 Medium" w:hAnsi="BIZ UD明朝 Medium"/>
          <w:noProof/>
          <w:color w:val="FFFFFF" w:themeColor="background1"/>
          <w:szCs w:val="24"/>
          <w:lang w:eastAsia="ja-JP"/>
        </w:rPr>
        <mc:AlternateContent>
          <mc:Choice Requires="wps">
            <w:drawing>
              <wp:inline distT="0" distB="0" distL="0" distR="0" wp14:anchorId="20A27B55" wp14:editId="61AA1701">
                <wp:extent cx="6290310" cy="269631"/>
                <wp:effectExtent l="0" t="0" r="0" b="0"/>
                <wp:docPr id="211410901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26963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304A0" w:rsidR="00FB33A4" w:rsidP="00FB33A4" w:rsidRDefault="00FB33A4" w14:paraId="3CDE580C" w14:textId="3F1F1CD1">
                            <w:pPr>
                              <w:pStyle w:val="1"/>
                              <w:spacing w:before="0" w:line="240" w:lineRule="auto"/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10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．</w:t>
                            </w:r>
                            <w:r w:rsidRPr="00FB33A4">
                              <w:rPr>
                                <w:rFonts w:ascii="BIZ UDゴシック" w:hAnsi="BIZ UDゴシック" w:eastAsia="BIZ UDゴシック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>今後、どのような中小企業向け補助金があれば活用したいと思いますか（自由記入）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6" style="width:495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d6e3bc [1302]" stroked="f" w14:anchorId="20A27B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">
                <v:textbox inset=",0,,0">
                  <w:txbxContent>
                    <w:p w:rsidRPr="008304A0" w:rsidR="00FB33A4" w:rsidP="00FB33A4" w:rsidRDefault="00FB33A4" w14:paraId="3CDE580C" w14:textId="3F1F1CD1">
                      <w:pPr>
                        <w:pStyle w:val="1"/>
                        <w:spacing w:before="0" w:line="240" w:lineRule="auto"/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10</w:t>
                      </w:r>
                      <w:r>
                        <w:rPr>
                          <w:rFonts w:hint="eastAsia"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．</w:t>
                      </w:r>
                      <w:r w:rsidRPr="00FB33A4">
                        <w:rPr>
                          <w:rFonts w:ascii="BIZ UDゴシック" w:hAnsi="BIZ UDゴシック" w:eastAsia="BIZ UDゴシック"/>
                          <w:color w:val="000000" w:themeColor="text1"/>
                          <w:sz w:val="24"/>
                          <w:szCs w:val="24"/>
                          <w:lang w:eastAsia="ja-JP"/>
                        </w:rPr>
                        <w:t>今後、どのような中小企業向け補助金があれば活用したいと思いますか（自由記入）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FB33A4" w:rsidP="00FB33A4" w:rsidRDefault="00FB33A4" w14:paraId="4835AA96" w14:textId="77777777">
      <w:pPr>
        <w:spacing w:after="0" w:line="240" w:lineRule="auto"/>
        <w:jc w:val="right"/>
        <w:rPr>
          <w:rFonts w:ascii="BIZ UDゴシック" w:hAnsi="BIZ UDゴシック" w:eastAsia="BIZ UDゴシック"/>
          <w:szCs w:val="24"/>
          <w:lang w:eastAsia="ja-JP"/>
        </w:rPr>
      </w:pPr>
      <w:r>
        <w:rPr>
          <w:rFonts w:hint="eastAsia" w:ascii="BIZ UDゴシック" w:hAnsi="BIZ UDゴシック" w:eastAsia="BIZ UDゴシック"/>
          <w:noProof/>
          <w:szCs w:val="24"/>
          <w:lang w:eastAsia="ja-JP"/>
        </w:rPr>
        <mc:AlternateContent>
          <mc:Choice Requires="wps">
            <w:drawing>
              <wp:inline distT="0" distB="0" distL="0" distR="0" wp14:anchorId="4DDE2A90" wp14:editId="7FF3B1D5">
                <wp:extent cx="6179820" cy="936000"/>
                <wp:effectExtent l="0" t="0" r="11430" b="16510"/>
                <wp:docPr id="363726146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9360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正方形/長方形 9" style="width:486.6pt;height:7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01]" strokecolor="black [3213]" w14:anchorId="6A8025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">
                <w10:anchorlock/>
              </v:rect>
            </w:pict>
          </mc:Fallback>
        </mc:AlternateContent>
      </w:r>
    </w:p>
    <w:p w:rsidR="00FB33A4" w:rsidP="00C63C7B" w:rsidRDefault="00FB33A4" w14:paraId="2C2EA0B5" w14:textId="77777777">
      <w:pPr>
        <w:spacing w:after="0" w:line="240" w:lineRule="auto"/>
        <w:jc w:val="center"/>
        <w:rPr>
          <w:rFonts w:ascii="BIZ UDゴシック" w:hAnsi="BIZ UDゴシック" w:eastAsia="BIZ UDゴシック"/>
          <w:szCs w:val="24"/>
          <w:lang w:eastAsia="ja-JP"/>
        </w:rPr>
      </w:pPr>
    </w:p>
    <w:p w:rsidR="00FB33A4" w:rsidP="00C63C7B" w:rsidRDefault="00FB33A4" w14:paraId="6235A697" w14:textId="77777777">
      <w:pPr>
        <w:spacing w:after="0" w:line="240" w:lineRule="auto"/>
        <w:jc w:val="center"/>
        <w:rPr>
          <w:rFonts w:ascii="BIZ UDゴシック" w:hAnsi="BIZ UDゴシック" w:eastAsia="BIZ UDゴシック"/>
          <w:szCs w:val="24"/>
          <w:lang w:eastAsia="ja-JP"/>
        </w:rPr>
      </w:pPr>
    </w:p>
    <w:p w:rsidRPr="00054136" w:rsidR="00DD1E4A" w:rsidP="00C63C7B" w:rsidRDefault="0015316F" w14:paraId="77374A23" w14:textId="13D80B49">
      <w:pPr>
        <w:spacing w:after="0" w:line="240" w:lineRule="auto"/>
        <w:jc w:val="center"/>
        <w:rPr>
          <w:rFonts w:ascii="BIZ UDゴシック" w:hAnsi="BIZ UDゴシック" w:eastAsia="BIZ UDゴシック"/>
          <w:szCs w:val="24"/>
          <w:lang w:eastAsia="ja-JP"/>
        </w:rPr>
      </w:pPr>
      <w:r w:rsidRPr="00054136">
        <w:rPr>
          <w:rFonts w:ascii="BIZ UDゴシック" w:hAnsi="BIZ UDゴシック" w:eastAsia="BIZ UDゴシック"/>
          <w:szCs w:val="24"/>
          <w:lang w:eastAsia="ja-JP"/>
        </w:rPr>
        <w:t>ご協力ありがとうございました。</w:t>
      </w:r>
    </w:p>
    <w:sectPr w:rsidRPr="00054136" w:rsidR="00DD1E4A" w:rsidSect="00744DB5">
      <w:footerReference w:type="default" r:id="rId8"/>
      <w:pgSz w:w="11906" w:h="16838" w:orient="portrait" w:code="9"/>
      <w:pgMar w:top="1134" w:right="1134" w:bottom="1134" w:left="1134" w:header="720" w:footer="624" w:gutter="0"/>
      <w:cols w:space="720"/>
      <w:docGrid w:type="linesAndChar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316F" w:rsidP="00AF5DC7" w:rsidRDefault="0015316F" w14:paraId="31ADADAF" w14:textId="77777777">
      <w:pPr>
        <w:spacing w:after="0" w:line="240" w:lineRule="auto"/>
      </w:pPr>
      <w:r>
        <w:separator/>
      </w:r>
    </w:p>
  </w:endnote>
  <w:endnote w:type="continuationSeparator" w:id="0">
    <w:p w:rsidR="0015316F" w:rsidP="00AF5DC7" w:rsidRDefault="0015316F" w14:paraId="0F53B1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43589"/>
      <w:docPartObj>
        <w:docPartGallery w:val="Page Numbers (Bottom of Page)"/>
        <w:docPartUnique/>
      </w:docPartObj>
    </w:sdtPr>
    <w:sdtEndPr>
      <w:rPr>
        <w:rFonts w:ascii="BIZ UDゴシック" w:hAnsi="BIZ UDゴシック" w:eastAsia="BIZ UDゴシック"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BIZ UDゴシック" w:hAnsi="BIZ UDゴシック" w:eastAsia="BIZ UDゴシック"/>
            <w:sz w:val="20"/>
            <w:szCs w:val="20"/>
          </w:rPr>
        </w:sdtEndPr>
        <w:sdtContent>
          <w:p w:rsidRPr="00EA623F" w:rsidR="00AF5DC7" w:rsidRDefault="00AF5DC7" w14:paraId="6A92A1BC" w14:textId="3205D8EE">
            <w:pPr>
              <w:pStyle w:val="a7"/>
              <w:jc w:val="center"/>
              <w:rPr>
                <w:rFonts w:ascii="BIZ UDゴシック" w:hAnsi="BIZ UDゴシック" w:eastAsia="BIZ UDゴシック"/>
                <w:sz w:val="20"/>
                <w:szCs w:val="20"/>
              </w:rPr>
            </w:pPr>
            <w:r w:rsidRPr="00EA623F">
              <w:rPr>
                <w:rFonts w:ascii="BIZ UDゴシック" w:hAnsi="BIZ UDゴシック" w:eastAsia="BIZ UDゴシック"/>
                <w:sz w:val="20"/>
                <w:szCs w:val="20"/>
                <w:lang w:val="ja-JP" w:eastAsia="ja-JP"/>
              </w:rPr>
              <w:t xml:space="preserve"> </w:t>
            </w:r>
            <w:r w:rsidRPr="00EA623F">
              <w:rPr>
                <w:rFonts w:ascii="BIZ UDゴシック" w:hAnsi="BIZ UDゴシック" w:eastAsia="BIZ UDゴシック"/>
                <w:sz w:val="20"/>
                <w:szCs w:val="20"/>
              </w:rPr>
              <w:fldChar w:fldCharType="begin"/>
            </w:r>
            <w:r w:rsidRPr="00EA623F">
              <w:rPr>
                <w:rFonts w:ascii="BIZ UDゴシック" w:hAnsi="BIZ UDゴシック" w:eastAsia="BIZ UDゴシック"/>
                <w:sz w:val="20"/>
                <w:szCs w:val="20"/>
              </w:rPr>
              <w:instrText>PAGE</w:instrText>
            </w:r>
            <w:r w:rsidRPr="00EA623F">
              <w:rPr>
                <w:rFonts w:ascii="BIZ UDゴシック" w:hAnsi="BIZ UDゴシック" w:eastAsia="BIZ UDゴシック"/>
                <w:sz w:val="20"/>
                <w:szCs w:val="20"/>
              </w:rPr>
              <w:fldChar w:fldCharType="separate"/>
            </w:r>
            <w:r w:rsidRPr="00EA623F">
              <w:rPr>
                <w:rFonts w:ascii="BIZ UDゴシック" w:hAnsi="BIZ UDゴシック" w:eastAsia="BIZ UDゴシック"/>
                <w:sz w:val="20"/>
                <w:szCs w:val="20"/>
                <w:lang w:val="ja-JP" w:eastAsia="ja-JP"/>
              </w:rPr>
              <w:t>2</w:t>
            </w:r>
            <w:r w:rsidRPr="00EA623F">
              <w:rPr>
                <w:rFonts w:ascii="BIZ UDゴシック" w:hAnsi="BIZ UDゴシック" w:eastAsia="BIZ UDゴシック"/>
                <w:sz w:val="20"/>
                <w:szCs w:val="20"/>
              </w:rPr>
              <w:fldChar w:fldCharType="end"/>
            </w:r>
            <w:r w:rsidRPr="00EA623F">
              <w:rPr>
                <w:rFonts w:ascii="BIZ UDゴシック" w:hAnsi="BIZ UDゴシック" w:eastAsia="BIZ UDゴシック"/>
                <w:sz w:val="20"/>
                <w:szCs w:val="20"/>
                <w:lang w:val="ja-JP" w:eastAsia="ja-JP"/>
              </w:rPr>
              <w:t xml:space="preserve"> / </w:t>
            </w:r>
            <w:r w:rsidRPr="00EA623F">
              <w:rPr>
                <w:rFonts w:ascii="BIZ UDゴシック" w:hAnsi="BIZ UDゴシック" w:eastAsia="BIZ UDゴシック"/>
                <w:sz w:val="20"/>
                <w:szCs w:val="20"/>
              </w:rPr>
              <w:fldChar w:fldCharType="begin"/>
            </w:r>
            <w:r w:rsidRPr="00EA623F">
              <w:rPr>
                <w:rFonts w:ascii="BIZ UDゴシック" w:hAnsi="BIZ UDゴシック" w:eastAsia="BIZ UDゴシック"/>
                <w:sz w:val="20"/>
                <w:szCs w:val="20"/>
              </w:rPr>
              <w:instrText>NUMPAGES</w:instrText>
            </w:r>
            <w:r w:rsidRPr="00EA623F">
              <w:rPr>
                <w:rFonts w:ascii="BIZ UDゴシック" w:hAnsi="BIZ UDゴシック" w:eastAsia="BIZ UDゴシック"/>
                <w:sz w:val="20"/>
                <w:szCs w:val="20"/>
              </w:rPr>
              <w:fldChar w:fldCharType="separate"/>
            </w:r>
            <w:r w:rsidRPr="00EA623F">
              <w:rPr>
                <w:rFonts w:ascii="BIZ UDゴシック" w:hAnsi="BIZ UDゴシック" w:eastAsia="BIZ UDゴシック"/>
                <w:sz w:val="20"/>
                <w:szCs w:val="20"/>
                <w:lang w:val="ja-JP" w:eastAsia="ja-JP"/>
              </w:rPr>
              <w:t>2</w:t>
            </w:r>
            <w:r w:rsidRPr="00EA623F">
              <w:rPr>
                <w:rFonts w:ascii="BIZ UDゴシック" w:hAnsi="BIZ UDゴシック" w:eastAsia="BIZ UDゴシック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316F" w:rsidP="00AF5DC7" w:rsidRDefault="0015316F" w14:paraId="2DF872D1" w14:textId="77777777">
      <w:pPr>
        <w:spacing w:after="0" w:line="240" w:lineRule="auto"/>
      </w:pPr>
      <w:r>
        <w:separator/>
      </w:r>
    </w:p>
  </w:footnote>
  <w:footnote w:type="continuationSeparator" w:id="0">
    <w:p w:rsidR="0015316F" w:rsidP="00AF5DC7" w:rsidRDefault="0015316F" w14:paraId="1A3AF8B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AD76FB0"/>
    <w:multiLevelType w:val="hybridMultilevel"/>
    <w:tmpl w:val="6D9EB150"/>
    <w:lvl w:ilvl="0" w:tplc="660EC04A">
      <w:start w:val="8"/>
      <w:numFmt w:val="bullet"/>
      <w:lvlText w:val="※"/>
      <w:lvlJc w:val="left"/>
      <w:pPr>
        <w:ind w:left="600" w:hanging="360"/>
      </w:pPr>
      <w:rPr>
        <w:rFonts w:hint="eastAsia" w:ascii="BIZ UDゴシック" w:hAnsi="BIZ UDゴシック" w:eastAsia="BIZ UDゴシック" w:cstheme="minorBidi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hint="default" w:ascii="Wingdings" w:hAnsi="Wingdings"/>
      </w:rPr>
    </w:lvl>
  </w:abstractNum>
  <w:abstractNum w:abstractNumId="10" w15:restartNumberingAfterBreak="0">
    <w:nsid w:val="2A355E26"/>
    <w:multiLevelType w:val="hybridMultilevel"/>
    <w:tmpl w:val="62083A0A"/>
    <w:lvl w:ilvl="0" w:tplc="C0C25A3E">
      <w:numFmt w:val="bullet"/>
      <w:lvlText w:val="※"/>
      <w:lvlJc w:val="left"/>
      <w:pPr>
        <w:ind w:left="360" w:hanging="360"/>
      </w:pPr>
      <w:rPr>
        <w:rFonts w:hint="eastAsia" w:ascii="BIZ UDゴシック" w:hAnsi="BIZ UDゴシック" w:eastAsia="BIZ UDゴシック" w:cstheme="minorBidi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1" w15:restartNumberingAfterBreak="0">
    <w:nsid w:val="5DD17700"/>
    <w:multiLevelType w:val="hybridMultilevel"/>
    <w:tmpl w:val="23003F14"/>
    <w:lvl w:ilvl="0" w:tplc="94028F2C">
      <w:start w:val="9"/>
      <w:numFmt w:val="bullet"/>
      <w:lvlText w:val="※"/>
      <w:lvlJc w:val="left"/>
      <w:pPr>
        <w:ind w:left="600" w:hanging="360"/>
      </w:pPr>
      <w:rPr>
        <w:rFonts w:hint="eastAsia" w:ascii="BIZ UDゴシック" w:hAnsi="BIZ UDゴシック" w:eastAsia="BIZ UDゴシック" w:cstheme="minorBidi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hint="default" w:ascii="Wingdings" w:hAnsi="Wingdings"/>
      </w:rPr>
    </w:lvl>
  </w:abstractNum>
  <w:num w:numId="1" w16cid:durableId="1217816448">
    <w:abstractNumId w:val="8"/>
  </w:num>
  <w:num w:numId="2" w16cid:durableId="702249329">
    <w:abstractNumId w:val="6"/>
  </w:num>
  <w:num w:numId="3" w16cid:durableId="1265458975">
    <w:abstractNumId w:val="5"/>
  </w:num>
  <w:num w:numId="4" w16cid:durableId="1362321677">
    <w:abstractNumId w:val="4"/>
  </w:num>
  <w:num w:numId="5" w16cid:durableId="1284578917">
    <w:abstractNumId w:val="7"/>
  </w:num>
  <w:num w:numId="6" w16cid:durableId="236748277">
    <w:abstractNumId w:val="3"/>
  </w:num>
  <w:num w:numId="7" w16cid:durableId="664288472">
    <w:abstractNumId w:val="2"/>
  </w:num>
  <w:num w:numId="8" w16cid:durableId="1384065588">
    <w:abstractNumId w:val="1"/>
  </w:num>
  <w:num w:numId="9" w16cid:durableId="1760128622">
    <w:abstractNumId w:val="0"/>
  </w:num>
  <w:num w:numId="10" w16cid:durableId="612329259">
    <w:abstractNumId w:val="9"/>
  </w:num>
  <w:num w:numId="11" w16cid:durableId="117187071">
    <w:abstractNumId w:val="10"/>
  </w:num>
  <w:num w:numId="12" w16cid:durableId="7518989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dirty"/>
  <w:trackRevisions w:val="false"/>
  <w:defaultTabStop w:val="720"/>
  <w:drawingGridHorizontalSpacing w:val="120"/>
  <w:drawingGridVerticalSpacing w:val="183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136"/>
    <w:rsid w:val="00056EF9"/>
    <w:rsid w:val="0006063C"/>
    <w:rsid w:val="00097D82"/>
    <w:rsid w:val="000E067F"/>
    <w:rsid w:val="000E2A99"/>
    <w:rsid w:val="0015074B"/>
    <w:rsid w:val="0015316F"/>
    <w:rsid w:val="001566AE"/>
    <w:rsid w:val="001603CC"/>
    <w:rsid w:val="002229DB"/>
    <w:rsid w:val="002505C6"/>
    <w:rsid w:val="0029639D"/>
    <w:rsid w:val="002E5EC1"/>
    <w:rsid w:val="00326F90"/>
    <w:rsid w:val="00345916"/>
    <w:rsid w:val="003C1C1F"/>
    <w:rsid w:val="003E2BDC"/>
    <w:rsid w:val="003F68FA"/>
    <w:rsid w:val="00431DF0"/>
    <w:rsid w:val="004574A7"/>
    <w:rsid w:val="005704F0"/>
    <w:rsid w:val="00586228"/>
    <w:rsid w:val="005B57FB"/>
    <w:rsid w:val="005D7C2F"/>
    <w:rsid w:val="00640ECD"/>
    <w:rsid w:val="006616FA"/>
    <w:rsid w:val="006809AC"/>
    <w:rsid w:val="00712E7F"/>
    <w:rsid w:val="007223AB"/>
    <w:rsid w:val="00744DB5"/>
    <w:rsid w:val="0076275A"/>
    <w:rsid w:val="008304A0"/>
    <w:rsid w:val="008927EB"/>
    <w:rsid w:val="008C7AE3"/>
    <w:rsid w:val="008D1B95"/>
    <w:rsid w:val="0090696C"/>
    <w:rsid w:val="00932B67"/>
    <w:rsid w:val="009777D8"/>
    <w:rsid w:val="009E558E"/>
    <w:rsid w:val="00A118AB"/>
    <w:rsid w:val="00A641FA"/>
    <w:rsid w:val="00AA1D8D"/>
    <w:rsid w:val="00AA3889"/>
    <w:rsid w:val="00AB5831"/>
    <w:rsid w:val="00AD69B1"/>
    <w:rsid w:val="00AF5DC7"/>
    <w:rsid w:val="00B37B40"/>
    <w:rsid w:val="00B47730"/>
    <w:rsid w:val="00B51978"/>
    <w:rsid w:val="00B559B6"/>
    <w:rsid w:val="00B74B58"/>
    <w:rsid w:val="00BC21A3"/>
    <w:rsid w:val="00C107ED"/>
    <w:rsid w:val="00C34D95"/>
    <w:rsid w:val="00C412C4"/>
    <w:rsid w:val="00C63C7B"/>
    <w:rsid w:val="00C6417C"/>
    <w:rsid w:val="00CB0664"/>
    <w:rsid w:val="00CB3A8E"/>
    <w:rsid w:val="00DD1E4A"/>
    <w:rsid w:val="00EA623F"/>
    <w:rsid w:val="00F12A37"/>
    <w:rsid w:val="00F57C39"/>
    <w:rsid w:val="00FB33A4"/>
    <w:rsid w:val="00FC693F"/>
    <w:rsid w:val="10BB5EF7"/>
    <w:rsid w:val="645D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A79A85"/>
  <w14:defaultImageDpi w14:val="330"/>
  <w15:docId w15:val="{2D4D8DF3-4CB9-4AF4-995D-9896558F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1" w:default="1">
    <w:name w:val="Normal"/>
    <w:qFormat/>
    <w:rsid w:val="00C63C7B"/>
    <w:rPr>
      <w:rFonts w:eastAsia="BIZ UD明朝 Medium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a2" w:default="1">
    <w:name w:val="Default Paragraph Font"/>
    <w:uiPriority w:val="1"/>
    <w:semiHidden/>
    <w:unhideWhenUsed/>
  </w:style>
  <w:style w:type="table" w:styleId="a3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4" w:default="1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a6" w:customStyle="1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a8" w:customStyle="1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styleId="10" w:customStyle="1">
    <w:name w:val="見出し 1 (文字)"/>
    <w:basedOn w:val="a2"/>
    <w:link w:val="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22" w:customStyle="1">
    <w:name w:val="見出し 2 (文字)"/>
    <w:basedOn w:val="a2"/>
    <w:link w:val="21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32" w:customStyle="1">
    <w:name w:val="見出し 3 (文字)"/>
    <w:basedOn w:val="a2"/>
    <w:link w:val="31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ab" w:customStyle="1">
    <w:name w:val="表題 (文字)"/>
    <w:basedOn w:val="a2"/>
    <w:link w:val="aa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</w:rPr>
  </w:style>
  <w:style w:type="character" w:styleId="ad" w:customStyle="1">
    <w:name w:val="副題 (文字)"/>
    <w:basedOn w:val="a2"/>
    <w:link w:val="ac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styleId="af0" w:customStyle="1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styleId="24" w:customStyle="1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styleId="34" w:customStyle="1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af4" w:customStyle="1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styleId="af6" w:customStyle="1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styleId="40" w:customStyle="1">
    <w:name w:val="見出し 4 (文字)"/>
    <w:basedOn w:val="a2"/>
    <w:link w:val="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50" w:customStyle="1">
    <w:name w:val="見出し 5 (文字)"/>
    <w:basedOn w:val="a2"/>
    <w:link w:val="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60" w:customStyle="1">
    <w:name w:val="見出し 6 (文字)"/>
    <w:basedOn w:val="a2"/>
    <w:link w:val="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70" w:customStyle="1">
    <w:name w:val="見出し 7 (文字)"/>
    <w:basedOn w:val="a2"/>
    <w:link w:val="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80" w:customStyle="1">
    <w:name w:val="見出し 8 (文字)"/>
    <w:basedOn w:val="a2"/>
    <w:link w:val="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90" w:customStyle="1">
    <w:name w:val="見出し 9 (文字)"/>
    <w:basedOn w:val="a2"/>
    <w:link w:val="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28" w:customStyle="1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元木　昭弘</lastModifiedBy>
  <revision>44</revision>
  <lastPrinted>2026-05-26T05:00:00.0000000Z</lastPrinted>
  <dcterms:created xsi:type="dcterms:W3CDTF">2026-05-25T08:31:00.0000000Z</dcterms:created>
  <dcterms:modified xsi:type="dcterms:W3CDTF">2026-05-27T09:01:02.1301923Z</dcterms:modified>
  <category/>
</coreProperties>
</file>